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D41E" w14:textId="68B425C8" w:rsidR="52FF518E" w:rsidRDefault="1CC976C1" w:rsidP="52FF518E">
      <w:pPr>
        <w:pStyle w:val="Heading1"/>
        <w:rPr>
          <w:rFonts w:ascii="Calibri" w:eastAsia="Calibri" w:hAnsi="Calibri" w:cs="Calibri"/>
          <w:b w:val="0"/>
          <w:bCs w:val="0"/>
        </w:rPr>
      </w:pPr>
      <w:r w:rsidRPr="1CC976C1">
        <w:rPr>
          <w:rFonts w:ascii="Calibri" w:eastAsia="Calibri" w:hAnsi="Calibri" w:cs="Calibri"/>
        </w:rPr>
        <w:t>Foundations of the Discipline within a Gospel Methodology</w:t>
      </w:r>
    </w:p>
    <w:p w14:paraId="7F54719E" w14:textId="61ABECBE" w:rsidR="52FF518E" w:rsidRPr="008656C6" w:rsidRDefault="14C0D02B" w:rsidP="008656C6">
      <w:pPr>
        <w:pStyle w:val="Heading2"/>
        <w:rPr>
          <w:rFonts w:ascii="Cambria" w:eastAsia="Cambria" w:hAnsi="Cambria" w:cs="Cambria"/>
          <w:b w:val="0"/>
          <w:bCs w:val="0"/>
          <w:color w:val="000000" w:themeColor="text1"/>
          <w:sz w:val="18"/>
          <w:szCs w:val="18"/>
        </w:rPr>
      </w:pPr>
      <w:r w:rsidRPr="14C0D02B">
        <w:t xml:space="preserve">Instructions: </w:t>
      </w:r>
      <w:r w:rsidR="00DB40FD" w:rsidRPr="008656C6">
        <w:rPr>
          <w:rFonts w:ascii="Cambria" w:eastAsia="Cambria" w:hAnsi="Cambria" w:cs="Cambria"/>
          <w:b w:val="0"/>
          <w:bCs w:val="0"/>
          <w:color w:val="000000" w:themeColor="text1"/>
          <w:sz w:val="22"/>
          <w:szCs w:val="22"/>
        </w:rPr>
        <w:t xml:space="preserve">Below are suggested prompts that have had a degree of testing. You may wish to revise or </w:t>
      </w:r>
      <w:r w:rsidR="00006027" w:rsidRPr="008656C6">
        <w:rPr>
          <w:rFonts w:ascii="Cambria" w:eastAsia="Cambria" w:hAnsi="Cambria" w:cs="Cambria"/>
          <w:b w:val="0"/>
          <w:bCs w:val="0"/>
          <w:color w:val="000000" w:themeColor="text1"/>
          <w:sz w:val="22"/>
          <w:szCs w:val="22"/>
        </w:rPr>
        <w:t xml:space="preserve">try </w:t>
      </w:r>
      <w:r w:rsidR="00DB40FD" w:rsidRPr="008656C6">
        <w:rPr>
          <w:rFonts w:ascii="Cambria" w:eastAsia="Cambria" w:hAnsi="Cambria" w:cs="Cambria"/>
          <w:b w:val="0"/>
          <w:bCs w:val="0"/>
          <w:color w:val="000000" w:themeColor="text1"/>
          <w:sz w:val="22"/>
          <w:szCs w:val="22"/>
        </w:rPr>
        <w:t>your own. C</w:t>
      </w:r>
      <w:r w:rsidR="00D92DDC" w:rsidRPr="008656C6">
        <w:rPr>
          <w:rFonts w:ascii="Cambria" w:eastAsia="Cambria" w:hAnsi="Cambria" w:cs="Cambria"/>
          <w:b w:val="0"/>
          <w:bCs w:val="0"/>
          <w:color w:val="000000" w:themeColor="text1"/>
          <w:sz w:val="22"/>
          <w:szCs w:val="22"/>
        </w:rPr>
        <w:t>opy each prompt int</w:t>
      </w:r>
      <w:r w:rsidR="00D92DDC" w:rsidRPr="008656C6">
        <w:rPr>
          <w:rFonts w:ascii="Cambria" w:eastAsia="Cambria" w:hAnsi="Cambria" w:cs="Cambria"/>
          <w:b w:val="0"/>
          <w:bCs w:val="0"/>
          <w:color w:val="000000" w:themeColor="text1"/>
          <w:sz w:val="22"/>
          <w:szCs w:val="22"/>
        </w:rPr>
        <w:t>o</w:t>
      </w:r>
      <w:r w:rsidR="00D92DDC" w:rsidRPr="008656C6">
        <w:rPr>
          <w:rFonts w:ascii="Cambria" w:eastAsia="Cambria" w:hAnsi="Cambria" w:cs="Cambria"/>
          <w:b w:val="0"/>
          <w:bCs w:val="0"/>
          <w:color w:val="000000" w:themeColor="text1"/>
          <w:sz w:val="22"/>
          <w:szCs w:val="22"/>
        </w:rPr>
        <w:t xml:space="preserve"> AI</w:t>
      </w:r>
      <w:r w:rsidR="00D92DDC" w:rsidRPr="008656C6">
        <w:rPr>
          <w:rFonts w:ascii="Cambria" w:eastAsia="Cambria" w:hAnsi="Cambria" w:cs="Cambria"/>
          <w:b w:val="0"/>
          <w:bCs w:val="0"/>
          <w:color w:val="000000" w:themeColor="text1"/>
          <w:sz w:val="22"/>
          <w:szCs w:val="22"/>
        </w:rPr>
        <w:t>. Copy the output into the box below the prompt and revise as you see fit. Save the file to be used to initialize additional conversations about courses you teach.</w:t>
      </w:r>
    </w:p>
    <w:p w14:paraId="7CC35113" w14:textId="1BA62006" w:rsidR="00D92DDC" w:rsidRPr="00DD07C2" w:rsidRDefault="00D92DDC" w:rsidP="008656C6">
      <w:pPr>
        <w:spacing w:before="180" w:after="0"/>
        <w:rPr>
          <w:rFonts w:ascii="Cambria" w:eastAsia="Cambria" w:hAnsi="Cambria" w:cs="Cambria"/>
          <w:b/>
          <w:bCs/>
          <w:color w:val="000000" w:themeColor="text1"/>
        </w:rPr>
      </w:pPr>
      <w:r w:rsidRPr="00DD07C2">
        <w:rPr>
          <w:rFonts w:ascii="Cambria" w:eastAsia="Cambria" w:hAnsi="Cambria" w:cs="Cambria"/>
          <w:b/>
          <w:bCs/>
          <w:color w:val="000000" w:themeColor="text1"/>
        </w:rPr>
        <w:t>Initializing Prompt:</w:t>
      </w:r>
    </w:p>
    <w:p w14:paraId="4DE54F5C" w14:textId="6C0A4DBF" w:rsidR="52FF518E" w:rsidRDefault="00D92DDC" w:rsidP="00D92DDC">
      <w:pPr>
        <w:rPr>
          <w:rFonts w:ascii="Aptos" w:eastAsia="Aptos" w:hAnsi="Aptos" w:cs="Aptos"/>
          <w:color w:val="000000" w:themeColor="text1"/>
          <w:sz w:val="24"/>
          <w:szCs w:val="24"/>
        </w:rPr>
      </w:pPr>
      <w:r>
        <w:rPr>
          <w:rFonts w:ascii="Cambria" w:eastAsia="Cambria" w:hAnsi="Cambria" w:cs="Cambria"/>
          <w:color w:val="000000" w:themeColor="text1"/>
        </w:rPr>
        <w:t>The following conversation will be about [insert the name of your discipline] as an academic discipline. Make answers as concise as possible without sacrificing meaning, but do not exceed 750 words. The term “restored gospel” refers to the gospel of Jesus Christ as taught by the Church of Jesus Christ of Latter-day Saints.</w:t>
      </w:r>
    </w:p>
    <w:p w14:paraId="746684DF" w14:textId="7A7BA58C" w:rsidR="52FF518E" w:rsidRPr="00C30221" w:rsidRDefault="52FF518E" w:rsidP="00C30221">
      <w:pPr>
        <w:pStyle w:val="Heading2"/>
        <w:spacing w:before="160" w:after="80"/>
        <w:rPr>
          <w:rFonts w:ascii="Calibri" w:eastAsia="Calibri" w:hAnsi="Calibri" w:cs="Calibri"/>
          <w:b w:val="0"/>
          <w:bCs w:val="0"/>
        </w:rPr>
      </w:pPr>
      <w:r w:rsidRPr="52FF518E">
        <w:rPr>
          <w:rFonts w:ascii="Calibri" w:eastAsia="Calibri" w:hAnsi="Calibri" w:cs="Calibri"/>
        </w:rPr>
        <w:t>Disciplinary Foundations</w:t>
      </w:r>
      <w:r w:rsidR="00C30221">
        <w:rPr>
          <w:rFonts w:ascii="Calibri" w:eastAsia="Calibri" w:hAnsi="Calibri" w:cs="Calibri"/>
        </w:rPr>
        <w:t xml:space="preserve"> </w:t>
      </w:r>
      <w:r w:rsidR="00C30221" w:rsidRPr="00C30221">
        <w:rPr>
          <w:rFonts w:ascii="Arial Narrow" w:eastAsia="Calibri" w:hAnsi="Arial Narrow" w:cstheme="majorHAnsi"/>
          <w:b w:val="0"/>
          <w:bCs w:val="0"/>
          <w:color w:val="404040" w:themeColor="text1" w:themeTint="BF"/>
          <w:sz w:val="22"/>
          <w:szCs w:val="22"/>
        </w:rPr>
        <w:t>(</w:t>
      </w:r>
      <w:r w:rsidR="00D92DDC" w:rsidRPr="00C30221">
        <w:rPr>
          <w:rFonts w:ascii="Arial Narrow" w:eastAsia="Cambria" w:hAnsi="Arial Narrow" w:cstheme="majorHAnsi"/>
          <w:b w:val="0"/>
          <w:bCs w:val="0"/>
          <w:color w:val="404040" w:themeColor="text1" w:themeTint="BF"/>
          <w:sz w:val="22"/>
          <w:szCs w:val="22"/>
        </w:rPr>
        <w:t>These prompts address the roots of your discipline.</w:t>
      </w:r>
      <w:r w:rsidR="00C30221" w:rsidRPr="00C30221">
        <w:rPr>
          <w:rFonts w:ascii="Arial Narrow" w:eastAsia="Cambria" w:hAnsi="Arial Narrow" w:cstheme="majorHAnsi"/>
          <w:b w:val="0"/>
          <w:bCs w:val="0"/>
          <w:color w:val="404040" w:themeColor="text1" w:themeTint="BF"/>
          <w:sz w:val="22"/>
          <w:szCs w:val="22"/>
        </w:rPr>
        <w:t>)</w:t>
      </w:r>
      <w:r w:rsidR="00D92DDC" w:rsidRPr="00C30221">
        <w:rPr>
          <w:rFonts w:ascii="Cambria" w:eastAsia="Cambria" w:hAnsi="Cambria" w:cs="Cambria"/>
          <w:b w:val="0"/>
          <w:bCs w:val="0"/>
          <w:color w:val="404040" w:themeColor="text1" w:themeTint="BF"/>
          <w:sz w:val="24"/>
          <w:szCs w:val="24"/>
        </w:rPr>
        <w:t xml:space="preserve"> </w:t>
      </w:r>
    </w:p>
    <w:p w14:paraId="133D0D73" w14:textId="77777777" w:rsidR="00D92DDC" w:rsidRPr="00D92DDC" w:rsidRDefault="00D92DDC" w:rsidP="00D92DDC">
      <w:pPr>
        <w:spacing w:after="0"/>
        <w:rPr>
          <w:rFonts w:ascii="Cambria" w:eastAsia="Cambria" w:hAnsi="Cambria" w:cs="Cambria"/>
          <w:b/>
          <w:bCs/>
          <w:color w:val="000000" w:themeColor="text1"/>
        </w:rPr>
      </w:pPr>
      <w:r w:rsidRPr="00D92DDC">
        <w:rPr>
          <w:rFonts w:ascii="Cambria" w:eastAsia="Cambria" w:hAnsi="Cambria" w:cs="Cambria"/>
          <w:b/>
          <w:bCs/>
          <w:color w:val="000000" w:themeColor="text1"/>
        </w:rPr>
        <w:t xml:space="preserve">Prompt </w:t>
      </w:r>
      <w:r w:rsidR="1B07FE9A" w:rsidRPr="00D92DDC">
        <w:rPr>
          <w:rFonts w:ascii="Cambria" w:eastAsia="Cambria" w:hAnsi="Cambria" w:cs="Cambria"/>
          <w:b/>
          <w:bCs/>
          <w:color w:val="000000" w:themeColor="text1"/>
        </w:rPr>
        <w:t xml:space="preserve">1. </w:t>
      </w:r>
    </w:p>
    <w:p w14:paraId="283CD872" w14:textId="7DD298CE" w:rsidR="52FF518E" w:rsidRDefault="1B07FE9A" w:rsidP="00D92DDC">
      <w:pPr>
        <w:spacing w:after="120"/>
        <w:rPr>
          <w:rFonts w:ascii="Cambria" w:eastAsia="Cambria" w:hAnsi="Cambria" w:cs="Cambria"/>
          <w:color w:val="000000" w:themeColor="text1"/>
        </w:rPr>
      </w:pPr>
      <w:r w:rsidRPr="1B07FE9A">
        <w:rPr>
          <w:rFonts w:ascii="Cambria" w:eastAsia="Cambria" w:hAnsi="Cambria" w:cs="Cambria"/>
          <w:color w:val="000000" w:themeColor="text1"/>
        </w:rPr>
        <w:t>What are the root premises of the discipline regarding the nature of reality or truth?</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17520BDE"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17E2EAA6" w14:textId="09824067" w:rsidR="52FF518E" w:rsidRDefault="00D82F05" w:rsidP="00D92DDC">
            <w:pPr>
              <w:rPr>
                <w:rFonts w:ascii="Cambria" w:eastAsia="Cambria" w:hAnsi="Cambria" w:cs="Cambria"/>
              </w:rPr>
            </w:pPr>
            <w:r>
              <w:rPr>
                <w:rFonts w:ascii="Cambria" w:eastAsia="Cambria" w:hAnsi="Cambria" w:cs="Cambria"/>
              </w:rPr>
              <w:t>Paste output below and revise or rewrite as desired.</w:t>
            </w:r>
          </w:p>
        </w:tc>
      </w:tr>
      <w:tr w:rsidR="52FF518E" w14:paraId="4B3453F1"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1B27054E" w14:textId="5142F599" w:rsidR="52FF518E" w:rsidRDefault="52FF518E" w:rsidP="00D92DDC">
            <w:pPr>
              <w:rPr>
                <w:rFonts w:ascii="Cambria" w:eastAsia="Cambria" w:hAnsi="Cambria" w:cs="Cambria"/>
              </w:rPr>
            </w:pPr>
          </w:p>
          <w:p w14:paraId="2ECE61C8" w14:textId="1A0F0D62" w:rsidR="52FF518E" w:rsidRDefault="52FF518E" w:rsidP="00D92DDC">
            <w:pPr>
              <w:rPr>
                <w:rFonts w:ascii="Cambria" w:eastAsia="Cambria" w:hAnsi="Cambria" w:cs="Cambria"/>
              </w:rPr>
            </w:pPr>
          </w:p>
        </w:tc>
      </w:tr>
    </w:tbl>
    <w:p w14:paraId="03E2DEA2" w14:textId="5A711CDE" w:rsidR="14C0D02B" w:rsidRDefault="14C0D02B" w:rsidP="00D92DDC">
      <w:pPr>
        <w:spacing w:after="0"/>
        <w:rPr>
          <w:rFonts w:ascii="Cambria" w:eastAsia="Cambria" w:hAnsi="Cambria" w:cs="Cambria"/>
          <w:color w:val="000000" w:themeColor="text1"/>
        </w:rPr>
      </w:pPr>
    </w:p>
    <w:p w14:paraId="605C7128" w14:textId="77777777" w:rsidR="00D92DDC" w:rsidRPr="00D92DDC" w:rsidRDefault="00D92DDC" w:rsidP="00D92DDC">
      <w:pPr>
        <w:spacing w:after="0"/>
        <w:rPr>
          <w:rFonts w:ascii="Cambria" w:eastAsia="Cambria" w:hAnsi="Cambria" w:cs="Cambria"/>
          <w:b/>
          <w:bCs/>
          <w:color w:val="000000" w:themeColor="text1"/>
        </w:rPr>
      </w:pPr>
      <w:r w:rsidRPr="00D92DDC">
        <w:rPr>
          <w:rFonts w:ascii="Cambria" w:eastAsia="Cambria" w:hAnsi="Cambria" w:cs="Cambria"/>
          <w:b/>
          <w:bCs/>
          <w:color w:val="000000" w:themeColor="text1"/>
        </w:rPr>
        <w:t xml:space="preserve">Prompt </w:t>
      </w:r>
      <w:r w:rsidR="1B07FE9A" w:rsidRPr="00D92DDC">
        <w:rPr>
          <w:rFonts w:ascii="Cambria" w:eastAsia="Cambria" w:hAnsi="Cambria" w:cs="Cambria"/>
          <w:b/>
          <w:bCs/>
          <w:color w:val="000000" w:themeColor="text1"/>
        </w:rPr>
        <w:t xml:space="preserve">2. </w:t>
      </w:r>
    </w:p>
    <w:p w14:paraId="02EB9B0E" w14:textId="00F55F7A" w:rsidR="1B07FE9A" w:rsidRDefault="1B07FE9A" w:rsidP="00D92DDC">
      <w:pPr>
        <w:spacing w:after="120"/>
        <w:rPr>
          <w:rFonts w:ascii="Cambria" w:eastAsia="Cambria" w:hAnsi="Cambria" w:cs="Cambria"/>
          <w:color w:val="000000" w:themeColor="text1"/>
        </w:rPr>
      </w:pPr>
      <w:r w:rsidRPr="1B07FE9A">
        <w:rPr>
          <w:rFonts w:ascii="Cambria" w:eastAsia="Cambria" w:hAnsi="Cambria" w:cs="Cambria"/>
          <w:color w:val="000000" w:themeColor="text1"/>
        </w:rPr>
        <w:t xml:space="preserve">What is the intrinsic value of </w:t>
      </w:r>
      <w:proofErr w:type="gramStart"/>
      <w:r w:rsidRPr="1B07FE9A">
        <w:rPr>
          <w:rFonts w:ascii="Cambria" w:eastAsia="Cambria" w:hAnsi="Cambria" w:cs="Cambria"/>
          <w:color w:val="000000" w:themeColor="text1"/>
        </w:rPr>
        <w:t>the discipline</w:t>
      </w:r>
      <w:proofErr w:type="gramEnd"/>
      <w:r w:rsidRPr="1B07FE9A">
        <w:rPr>
          <w:rFonts w:ascii="Cambria" w:eastAsia="Cambria" w:hAnsi="Cambria" w:cs="Cambria"/>
          <w:color w:val="000000" w:themeColor="text1"/>
        </w:rPr>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08C78A47"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3EE2D5FB" w14:textId="00CCCA51" w:rsidR="52FF518E" w:rsidRDefault="00D82F05" w:rsidP="00D92DDC">
            <w:pPr>
              <w:rPr>
                <w:rFonts w:ascii="Cambria" w:eastAsia="Cambria" w:hAnsi="Cambria" w:cs="Cambria"/>
              </w:rPr>
            </w:pPr>
            <w:r>
              <w:rPr>
                <w:rFonts w:ascii="Cambria" w:eastAsia="Cambria" w:hAnsi="Cambria" w:cs="Cambria"/>
              </w:rPr>
              <w:t>Paste output below and revise or rewrite as desired.</w:t>
            </w:r>
          </w:p>
        </w:tc>
      </w:tr>
      <w:tr w:rsidR="52FF518E" w14:paraId="771DD3A0"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6A6B33E0" w14:textId="63AD7625" w:rsidR="52FF518E" w:rsidRDefault="52FF518E" w:rsidP="00D92DDC">
            <w:pPr>
              <w:rPr>
                <w:rFonts w:ascii="Cambria" w:eastAsia="Cambria" w:hAnsi="Cambria" w:cs="Cambria"/>
              </w:rPr>
            </w:pPr>
          </w:p>
          <w:p w14:paraId="5B43506C" w14:textId="15C5803B" w:rsidR="52FF518E" w:rsidRDefault="52FF518E" w:rsidP="00D92DDC">
            <w:pPr>
              <w:rPr>
                <w:rFonts w:ascii="Cambria" w:eastAsia="Cambria" w:hAnsi="Cambria" w:cs="Cambria"/>
              </w:rPr>
            </w:pPr>
          </w:p>
        </w:tc>
      </w:tr>
    </w:tbl>
    <w:p w14:paraId="35E32D44" w14:textId="6E28A0F2" w:rsidR="52FF518E" w:rsidRDefault="52FF518E" w:rsidP="00D92DDC">
      <w:pPr>
        <w:spacing w:after="0"/>
        <w:rPr>
          <w:rFonts w:ascii="Cambria" w:eastAsia="Cambria" w:hAnsi="Cambria" w:cs="Cambria"/>
          <w:color w:val="000000" w:themeColor="text1"/>
        </w:rPr>
      </w:pPr>
    </w:p>
    <w:p w14:paraId="78357A68" w14:textId="77777777" w:rsidR="00D92DDC" w:rsidRPr="00D92DDC" w:rsidRDefault="00D92DDC" w:rsidP="00D92DDC">
      <w:pPr>
        <w:spacing w:after="0"/>
        <w:rPr>
          <w:rFonts w:ascii="Cambria" w:eastAsia="Cambria" w:hAnsi="Cambria" w:cs="Cambria"/>
          <w:b/>
          <w:bCs/>
          <w:color w:val="000000" w:themeColor="text1"/>
        </w:rPr>
      </w:pPr>
      <w:r w:rsidRPr="00D92DDC">
        <w:rPr>
          <w:rFonts w:ascii="Cambria" w:eastAsia="Cambria" w:hAnsi="Cambria" w:cs="Cambria"/>
          <w:b/>
          <w:bCs/>
          <w:color w:val="000000" w:themeColor="text1"/>
        </w:rPr>
        <w:t xml:space="preserve">Prompt </w:t>
      </w:r>
      <w:r w:rsidR="1B07FE9A" w:rsidRPr="00D92DDC">
        <w:rPr>
          <w:rFonts w:ascii="Cambria" w:eastAsia="Cambria" w:hAnsi="Cambria" w:cs="Cambria"/>
          <w:b/>
          <w:bCs/>
          <w:color w:val="000000" w:themeColor="text1"/>
        </w:rPr>
        <w:t xml:space="preserve">3. </w:t>
      </w:r>
    </w:p>
    <w:p w14:paraId="7FFD26C0" w14:textId="556E0152" w:rsidR="52FF518E" w:rsidRDefault="1B07FE9A" w:rsidP="00D92DDC">
      <w:pPr>
        <w:spacing w:after="120"/>
        <w:rPr>
          <w:rFonts w:ascii="Cambria" w:eastAsia="Cambria" w:hAnsi="Cambria" w:cs="Cambria"/>
          <w:color w:val="000000" w:themeColor="text1"/>
        </w:rPr>
      </w:pPr>
      <w:r w:rsidRPr="1B07FE9A">
        <w:rPr>
          <w:rFonts w:ascii="Cambria" w:eastAsia="Cambria" w:hAnsi="Cambria" w:cs="Cambria"/>
          <w:color w:val="000000" w:themeColor="text1"/>
        </w:rPr>
        <w:t xml:space="preserve">What is the instrumental value of </w:t>
      </w:r>
      <w:proofErr w:type="gramStart"/>
      <w:r w:rsidRPr="1B07FE9A">
        <w:rPr>
          <w:rFonts w:ascii="Cambria" w:eastAsia="Cambria" w:hAnsi="Cambria" w:cs="Cambria"/>
          <w:color w:val="000000" w:themeColor="text1"/>
        </w:rPr>
        <w:t>the discipline</w:t>
      </w:r>
      <w:proofErr w:type="gramEnd"/>
      <w:r w:rsidRPr="1B07FE9A">
        <w:rPr>
          <w:rFonts w:ascii="Cambria" w:eastAsia="Cambria" w:hAnsi="Cambria" w:cs="Cambria"/>
          <w:color w:val="000000" w:themeColor="text1"/>
        </w:rPr>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46A55066"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70A95D72" w14:textId="2BD17CFD" w:rsidR="52FF518E" w:rsidRDefault="00D82F05" w:rsidP="00D92DDC">
            <w:pPr>
              <w:rPr>
                <w:rFonts w:ascii="Cambria" w:eastAsia="Cambria" w:hAnsi="Cambria" w:cs="Cambria"/>
              </w:rPr>
            </w:pPr>
            <w:r>
              <w:rPr>
                <w:rFonts w:ascii="Cambria" w:eastAsia="Cambria" w:hAnsi="Cambria" w:cs="Cambria"/>
              </w:rPr>
              <w:t>Paste output below and revise or rewrite as desired.</w:t>
            </w:r>
          </w:p>
        </w:tc>
      </w:tr>
      <w:tr w:rsidR="52FF518E" w14:paraId="76E40E4C"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611E8CB3" w14:textId="39B16F68" w:rsidR="52FF518E" w:rsidRDefault="52FF518E" w:rsidP="00D92DDC">
            <w:pPr>
              <w:rPr>
                <w:rFonts w:ascii="Cambria" w:eastAsia="Cambria" w:hAnsi="Cambria" w:cs="Cambria"/>
              </w:rPr>
            </w:pPr>
          </w:p>
          <w:p w14:paraId="10E4F04B" w14:textId="27D7EB61" w:rsidR="52FF518E" w:rsidRDefault="52FF518E" w:rsidP="00D92DDC">
            <w:pPr>
              <w:rPr>
                <w:rFonts w:ascii="Cambria" w:eastAsia="Cambria" w:hAnsi="Cambria" w:cs="Cambria"/>
              </w:rPr>
            </w:pPr>
          </w:p>
        </w:tc>
      </w:tr>
    </w:tbl>
    <w:p w14:paraId="0EF3FAA3" w14:textId="55059471" w:rsidR="52FF518E" w:rsidRDefault="52FF518E" w:rsidP="00D92DDC">
      <w:pPr>
        <w:spacing w:after="0"/>
        <w:rPr>
          <w:rFonts w:ascii="Cambria" w:eastAsia="Cambria" w:hAnsi="Cambria" w:cs="Cambria"/>
          <w:color w:val="000000" w:themeColor="text1"/>
        </w:rPr>
      </w:pPr>
    </w:p>
    <w:p w14:paraId="14181370" w14:textId="77777777" w:rsidR="00D92DDC" w:rsidRPr="00D92DDC" w:rsidRDefault="00D92DDC" w:rsidP="00D92DDC">
      <w:pPr>
        <w:spacing w:after="0"/>
        <w:rPr>
          <w:rFonts w:ascii="Cambria" w:eastAsia="Cambria" w:hAnsi="Cambria" w:cs="Cambria"/>
          <w:b/>
          <w:bCs/>
          <w:color w:val="000000" w:themeColor="text1"/>
        </w:rPr>
      </w:pPr>
      <w:r w:rsidRPr="00D92DDC">
        <w:rPr>
          <w:rFonts w:ascii="Cambria" w:eastAsia="Cambria" w:hAnsi="Cambria" w:cs="Cambria"/>
          <w:b/>
          <w:bCs/>
          <w:color w:val="000000" w:themeColor="text1"/>
        </w:rPr>
        <w:t xml:space="preserve">Prompt </w:t>
      </w:r>
      <w:r w:rsidR="1B07FE9A" w:rsidRPr="00D92DDC">
        <w:rPr>
          <w:rFonts w:ascii="Cambria" w:eastAsia="Cambria" w:hAnsi="Cambria" w:cs="Cambria"/>
          <w:b/>
          <w:bCs/>
          <w:color w:val="000000" w:themeColor="text1"/>
        </w:rPr>
        <w:t xml:space="preserve">4. </w:t>
      </w:r>
    </w:p>
    <w:p w14:paraId="364F593D" w14:textId="36A5DCE5" w:rsidR="52FF518E" w:rsidRDefault="1B07FE9A" w:rsidP="00D92DDC">
      <w:pPr>
        <w:spacing w:after="120"/>
        <w:rPr>
          <w:rFonts w:ascii="Cambria" w:eastAsia="Cambria" w:hAnsi="Cambria" w:cs="Cambria"/>
          <w:color w:val="000000" w:themeColor="text1"/>
        </w:rPr>
      </w:pPr>
      <w:r w:rsidRPr="1B07FE9A">
        <w:rPr>
          <w:rFonts w:ascii="Cambria" w:eastAsia="Cambria" w:hAnsi="Cambria" w:cs="Cambria"/>
          <w:color w:val="000000" w:themeColor="text1"/>
        </w:rPr>
        <w:t xml:space="preserve">What is the value system of </w:t>
      </w:r>
      <w:proofErr w:type="gramStart"/>
      <w:r w:rsidRPr="1B07FE9A">
        <w:rPr>
          <w:rFonts w:ascii="Cambria" w:eastAsia="Cambria" w:hAnsi="Cambria" w:cs="Cambria"/>
          <w:color w:val="000000" w:themeColor="text1"/>
        </w:rPr>
        <w:t>the discipline</w:t>
      </w:r>
      <w:proofErr w:type="gramEnd"/>
      <w:r w:rsidRPr="1B07FE9A">
        <w:rPr>
          <w:rFonts w:ascii="Cambria" w:eastAsia="Cambria" w:hAnsi="Cambria" w:cs="Cambria"/>
          <w:color w:val="000000" w:themeColor="text1"/>
        </w:rPr>
        <w:t>?</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5DB6FBD1"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320FF8C2" w14:textId="16934CF4" w:rsidR="52FF518E" w:rsidRDefault="00D82F05" w:rsidP="00D92DDC">
            <w:pPr>
              <w:rPr>
                <w:rFonts w:ascii="Cambria" w:eastAsia="Cambria" w:hAnsi="Cambria" w:cs="Cambria"/>
              </w:rPr>
            </w:pPr>
            <w:r>
              <w:rPr>
                <w:rFonts w:ascii="Cambria" w:eastAsia="Cambria" w:hAnsi="Cambria" w:cs="Cambria"/>
              </w:rPr>
              <w:t>Paste output below and revise or rewrite as desired.</w:t>
            </w:r>
          </w:p>
        </w:tc>
      </w:tr>
      <w:tr w:rsidR="52FF518E" w14:paraId="58DA9FDA"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411E07DF" w14:textId="4968FA0B" w:rsidR="52FF518E" w:rsidRDefault="52FF518E" w:rsidP="00D92DDC">
            <w:pPr>
              <w:rPr>
                <w:rFonts w:ascii="Cambria" w:eastAsia="Cambria" w:hAnsi="Cambria" w:cs="Cambria"/>
              </w:rPr>
            </w:pPr>
          </w:p>
          <w:p w14:paraId="7B00CA5E" w14:textId="0DEFD56E" w:rsidR="52FF518E" w:rsidRDefault="52FF518E" w:rsidP="00D92DDC">
            <w:pPr>
              <w:rPr>
                <w:rFonts w:ascii="Cambria" w:eastAsia="Cambria" w:hAnsi="Cambria" w:cs="Cambria"/>
              </w:rPr>
            </w:pPr>
          </w:p>
        </w:tc>
      </w:tr>
    </w:tbl>
    <w:p w14:paraId="0449864E" w14:textId="2D211ECF" w:rsidR="52FF518E" w:rsidRDefault="52FF518E" w:rsidP="00D92DDC">
      <w:pPr>
        <w:spacing w:after="0"/>
        <w:rPr>
          <w:rFonts w:ascii="Cambria" w:eastAsia="Cambria" w:hAnsi="Cambria" w:cs="Cambria"/>
          <w:color w:val="000000" w:themeColor="text1"/>
        </w:rPr>
      </w:pPr>
    </w:p>
    <w:p w14:paraId="5F60E3D5" w14:textId="77777777" w:rsidR="00D92DDC" w:rsidRDefault="00D92DDC" w:rsidP="006E40C8">
      <w:pPr>
        <w:keepNext/>
        <w:keepLines/>
        <w:spacing w:after="0"/>
        <w:rPr>
          <w:rFonts w:ascii="Cambria" w:eastAsia="Cambria" w:hAnsi="Cambria" w:cs="Cambria"/>
          <w:color w:val="000000" w:themeColor="text1"/>
        </w:rPr>
      </w:pPr>
      <w:r w:rsidRPr="00D92DDC">
        <w:rPr>
          <w:rFonts w:ascii="Cambria" w:eastAsia="Cambria" w:hAnsi="Cambria" w:cs="Cambria"/>
          <w:b/>
          <w:bCs/>
          <w:color w:val="000000" w:themeColor="text1"/>
        </w:rPr>
        <w:t xml:space="preserve">Prompt </w:t>
      </w:r>
      <w:r w:rsidR="1B07FE9A" w:rsidRPr="00D92DDC">
        <w:rPr>
          <w:rFonts w:ascii="Cambria" w:eastAsia="Cambria" w:hAnsi="Cambria" w:cs="Cambria"/>
          <w:b/>
          <w:bCs/>
          <w:color w:val="000000" w:themeColor="text1"/>
        </w:rPr>
        <w:t>5.</w:t>
      </w:r>
      <w:r w:rsidR="1B07FE9A" w:rsidRPr="1B07FE9A">
        <w:rPr>
          <w:rFonts w:ascii="Cambria" w:eastAsia="Cambria" w:hAnsi="Cambria" w:cs="Cambria"/>
          <w:color w:val="000000" w:themeColor="text1"/>
        </w:rPr>
        <w:t xml:space="preserve"> </w:t>
      </w:r>
    </w:p>
    <w:p w14:paraId="5F1BCC4F" w14:textId="1E8F0318" w:rsidR="52FF518E" w:rsidRDefault="006E40C8" w:rsidP="006E40C8">
      <w:pPr>
        <w:keepNext/>
        <w:keepLines/>
        <w:spacing w:after="120"/>
        <w:rPr>
          <w:rFonts w:ascii="Cambria" w:eastAsia="Cambria" w:hAnsi="Cambria" w:cs="Cambria"/>
          <w:color w:val="000000" w:themeColor="text1"/>
        </w:rPr>
      </w:pPr>
      <w:r>
        <w:rPr>
          <w:rFonts w:ascii="Cambria" w:eastAsia="Cambria" w:hAnsi="Cambria" w:cs="Cambria"/>
          <w:color w:val="000000" w:themeColor="text1"/>
        </w:rPr>
        <w:t>Based on the above, w</w:t>
      </w:r>
      <w:r w:rsidR="1B07FE9A" w:rsidRPr="1B07FE9A">
        <w:rPr>
          <w:rFonts w:ascii="Cambria" w:eastAsia="Cambria" w:hAnsi="Cambria" w:cs="Cambria"/>
          <w:color w:val="000000" w:themeColor="text1"/>
        </w:rPr>
        <w:t>hat are the ends of the discipline?</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6EA236F4"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39AB1DAB" w14:textId="7CABA435" w:rsidR="52FF518E" w:rsidRDefault="00D82F05" w:rsidP="00D92DDC">
            <w:pPr>
              <w:rPr>
                <w:rFonts w:ascii="Cambria" w:eastAsia="Cambria" w:hAnsi="Cambria" w:cs="Cambria"/>
              </w:rPr>
            </w:pPr>
            <w:r>
              <w:rPr>
                <w:rFonts w:ascii="Cambria" w:eastAsia="Cambria" w:hAnsi="Cambria" w:cs="Cambria"/>
              </w:rPr>
              <w:t>Paste output below and revise or rewrite as desired.</w:t>
            </w:r>
          </w:p>
        </w:tc>
      </w:tr>
      <w:tr w:rsidR="52FF518E" w14:paraId="21ACEF06"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3CDCA277" w14:textId="068E07F2" w:rsidR="52FF518E" w:rsidRDefault="52FF518E" w:rsidP="00D92DDC">
            <w:pPr>
              <w:rPr>
                <w:rFonts w:ascii="Cambria" w:eastAsia="Cambria" w:hAnsi="Cambria" w:cs="Cambria"/>
              </w:rPr>
            </w:pPr>
          </w:p>
          <w:p w14:paraId="6D15F3C1" w14:textId="4293B003" w:rsidR="52FF518E" w:rsidRDefault="52FF518E" w:rsidP="00D92DDC">
            <w:pPr>
              <w:rPr>
                <w:rFonts w:ascii="Cambria" w:eastAsia="Cambria" w:hAnsi="Cambria" w:cs="Cambria"/>
              </w:rPr>
            </w:pPr>
          </w:p>
        </w:tc>
      </w:tr>
    </w:tbl>
    <w:p w14:paraId="798DFB9C" w14:textId="4368F62B" w:rsidR="52FF518E" w:rsidRDefault="52FF518E" w:rsidP="52FF518E">
      <w:pPr>
        <w:rPr>
          <w:rFonts w:ascii="Cambria" w:eastAsia="Cambria" w:hAnsi="Cambria" w:cs="Cambria"/>
          <w:color w:val="000000" w:themeColor="text1"/>
        </w:rPr>
      </w:pPr>
    </w:p>
    <w:p w14:paraId="57F7361F" w14:textId="60439B7D" w:rsidR="52FF518E" w:rsidRDefault="006E40C8" w:rsidP="00C30221">
      <w:pPr>
        <w:pStyle w:val="Heading2"/>
        <w:rPr>
          <w:rFonts w:ascii="Cambria" w:eastAsia="Cambria" w:hAnsi="Cambria" w:cs="Cambria"/>
          <w:color w:val="000000" w:themeColor="text1"/>
        </w:rPr>
      </w:pPr>
      <w:r>
        <w:rPr>
          <w:rFonts w:ascii="Calibri" w:eastAsia="Calibri" w:hAnsi="Calibri" w:cs="Calibri"/>
        </w:rPr>
        <w:t xml:space="preserve">Toward a </w:t>
      </w:r>
      <w:r w:rsidR="52FF518E" w:rsidRPr="52FF518E">
        <w:rPr>
          <w:rFonts w:ascii="Calibri" w:eastAsia="Calibri" w:hAnsi="Calibri" w:cs="Calibri"/>
        </w:rPr>
        <w:t>Gospel Methodolog</w:t>
      </w:r>
      <w:r>
        <w:rPr>
          <w:rFonts w:ascii="Calibri" w:eastAsia="Calibri" w:hAnsi="Calibri" w:cs="Calibri"/>
        </w:rPr>
        <w:t>y</w:t>
      </w:r>
      <w:r w:rsidR="00C30221">
        <w:rPr>
          <w:rFonts w:ascii="Calibri" w:eastAsia="Calibri" w:hAnsi="Calibri" w:cs="Calibri"/>
        </w:rPr>
        <w:t xml:space="preserve"> </w:t>
      </w:r>
      <w:r w:rsidRPr="00C30221">
        <w:rPr>
          <w:rFonts w:ascii="Arial Narrow" w:eastAsia="Cambria" w:hAnsi="Arial Narrow" w:cstheme="majorHAnsi"/>
          <w:b w:val="0"/>
          <w:bCs w:val="0"/>
          <w:color w:val="404040" w:themeColor="text1" w:themeTint="BF"/>
          <w:sz w:val="22"/>
          <w:szCs w:val="22"/>
        </w:rPr>
        <w:t xml:space="preserve">These prompts </w:t>
      </w:r>
      <w:r w:rsidR="00C30221">
        <w:rPr>
          <w:rFonts w:ascii="Arial Narrow" w:eastAsia="Cambria" w:hAnsi="Arial Narrow" w:cstheme="majorHAnsi"/>
          <w:b w:val="0"/>
          <w:bCs w:val="0"/>
          <w:color w:val="404040" w:themeColor="text1" w:themeTint="BF"/>
          <w:sz w:val="22"/>
          <w:szCs w:val="22"/>
        </w:rPr>
        <w:t>integrate</w:t>
      </w:r>
      <w:r w:rsidRPr="00C30221">
        <w:rPr>
          <w:rFonts w:ascii="Arial Narrow" w:eastAsia="Cambria" w:hAnsi="Arial Narrow" w:cstheme="majorHAnsi"/>
          <w:b w:val="0"/>
          <w:bCs w:val="0"/>
          <w:color w:val="404040" w:themeColor="text1" w:themeTint="BF"/>
          <w:sz w:val="22"/>
          <w:szCs w:val="22"/>
        </w:rPr>
        <w:t xml:space="preserve"> elements of the gospel with the discipline.</w:t>
      </w:r>
    </w:p>
    <w:p w14:paraId="251EA037" w14:textId="77777777" w:rsidR="006E40C8" w:rsidRPr="006E40C8" w:rsidRDefault="00D92DDC" w:rsidP="006E40C8">
      <w:pPr>
        <w:spacing w:after="0"/>
        <w:rPr>
          <w:rFonts w:ascii="Cambria" w:eastAsia="Cambria" w:hAnsi="Cambria" w:cs="Cambria"/>
          <w:b/>
          <w:bCs/>
          <w:color w:val="000000" w:themeColor="text1"/>
        </w:rPr>
      </w:pPr>
      <w:r w:rsidRPr="006E40C8">
        <w:rPr>
          <w:rFonts w:ascii="Cambria" w:eastAsia="Cambria" w:hAnsi="Cambria" w:cs="Cambria"/>
          <w:b/>
          <w:bCs/>
          <w:color w:val="000000" w:themeColor="text1"/>
        </w:rPr>
        <w:t xml:space="preserve">Prompt </w:t>
      </w:r>
      <w:r w:rsidR="1B07FE9A" w:rsidRPr="006E40C8">
        <w:rPr>
          <w:rFonts w:ascii="Cambria" w:eastAsia="Cambria" w:hAnsi="Cambria" w:cs="Cambria"/>
          <w:b/>
          <w:bCs/>
          <w:color w:val="000000" w:themeColor="text1"/>
        </w:rPr>
        <w:t xml:space="preserve">1. </w:t>
      </w:r>
    </w:p>
    <w:p w14:paraId="316033C4" w14:textId="7A1224E7" w:rsidR="52FF518E" w:rsidRDefault="1B07FE9A" w:rsidP="006E40C8">
      <w:pPr>
        <w:spacing w:after="120"/>
        <w:rPr>
          <w:rFonts w:ascii="Cambria" w:eastAsia="Cambria" w:hAnsi="Cambria" w:cs="Cambria"/>
          <w:color w:val="000000" w:themeColor="text1"/>
        </w:rPr>
      </w:pPr>
      <w:r w:rsidRPr="1B07FE9A">
        <w:rPr>
          <w:rFonts w:ascii="Cambria" w:eastAsia="Cambria" w:hAnsi="Cambria" w:cs="Cambria"/>
          <w:color w:val="000000" w:themeColor="text1"/>
        </w:rPr>
        <w:t>How might the ends of this discipline be consistent with the restored gospel?</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0C4CE4DB"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2960CD93" w14:textId="052981BD" w:rsidR="52FF518E" w:rsidRDefault="00D82F05" w:rsidP="006E40C8">
            <w:pPr>
              <w:rPr>
                <w:rFonts w:ascii="Cambria" w:eastAsia="Cambria" w:hAnsi="Cambria" w:cs="Cambria"/>
              </w:rPr>
            </w:pPr>
            <w:r>
              <w:rPr>
                <w:rFonts w:ascii="Cambria" w:eastAsia="Cambria" w:hAnsi="Cambria" w:cs="Cambria"/>
              </w:rPr>
              <w:t>Paste output below and revise or rewrite as desired.</w:t>
            </w:r>
          </w:p>
        </w:tc>
      </w:tr>
      <w:tr w:rsidR="52FF518E" w14:paraId="2BC37214"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0BAB0776" w14:textId="5760B95D" w:rsidR="52FF518E" w:rsidRDefault="52FF518E" w:rsidP="006E40C8">
            <w:pPr>
              <w:rPr>
                <w:rFonts w:ascii="Cambria" w:eastAsia="Cambria" w:hAnsi="Cambria" w:cs="Cambria"/>
              </w:rPr>
            </w:pPr>
          </w:p>
          <w:p w14:paraId="7E945B29" w14:textId="10FB64B3" w:rsidR="52FF518E" w:rsidRDefault="52FF518E" w:rsidP="006E40C8">
            <w:pPr>
              <w:rPr>
                <w:rFonts w:ascii="Cambria" w:eastAsia="Cambria" w:hAnsi="Cambria" w:cs="Cambria"/>
              </w:rPr>
            </w:pPr>
          </w:p>
        </w:tc>
      </w:tr>
    </w:tbl>
    <w:p w14:paraId="471D9159" w14:textId="5EB18D99" w:rsidR="52FF518E" w:rsidRDefault="52FF518E" w:rsidP="006E40C8">
      <w:pPr>
        <w:spacing w:after="0"/>
        <w:rPr>
          <w:rFonts w:ascii="Cambria" w:eastAsia="Cambria" w:hAnsi="Cambria" w:cs="Cambria"/>
          <w:color w:val="000000" w:themeColor="text1"/>
        </w:rPr>
      </w:pPr>
    </w:p>
    <w:p w14:paraId="30D36E59" w14:textId="77777777" w:rsidR="006E40C8" w:rsidRPr="00C30221" w:rsidRDefault="00D92DDC" w:rsidP="006E40C8">
      <w:pPr>
        <w:spacing w:after="0"/>
        <w:rPr>
          <w:rFonts w:ascii="Cambria" w:eastAsia="Cambria" w:hAnsi="Cambria" w:cs="Cambria"/>
          <w:b/>
          <w:bCs/>
          <w:color w:val="000000" w:themeColor="text1"/>
        </w:rPr>
      </w:pPr>
      <w:r w:rsidRPr="00C30221">
        <w:rPr>
          <w:rFonts w:ascii="Cambria" w:eastAsia="Cambria" w:hAnsi="Cambria" w:cs="Cambria"/>
          <w:b/>
          <w:bCs/>
          <w:color w:val="000000" w:themeColor="text1"/>
        </w:rPr>
        <w:t xml:space="preserve">Prompt </w:t>
      </w:r>
      <w:r w:rsidR="52FF518E" w:rsidRPr="00C30221">
        <w:rPr>
          <w:rFonts w:ascii="Cambria" w:eastAsia="Cambria" w:hAnsi="Cambria" w:cs="Cambria"/>
          <w:b/>
          <w:bCs/>
          <w:color w:val="000000" w:themeColor="text1"/>
        </w:rPr>
        <w:t xml:space="preserve">2. </w:t>
      </w:r>
    </w:p>
    <w:p w14:paraId="21375F30" w14:textId="22F51FD8" w:rsidR="52FF518E" w:rsidRDefault="52FF518E" w:rsidP="00C30221">
      <w:pPr>
        <w:spacing w:after="120"/>
        <w:rPr>
          <w:rFonts w:ascii="Cambria" w:eastAsia="Cambria" w:hAnsi="Cambria" w:cs="Cambria"/>
          <w:color w:val="000000" w:themeColor="text1"/>
        </w:rPr>
      </w:pPr>
      <w:r w:rsidRPr="52FF518E">
        <w:rPr>
          <w:rFonts w:ascii="Cambria" w:eastAsia="Cambria" w:hAnsi="Cambria" w:cs="Cambria"/>
          <w:color w:val="000000" w:themeColor="text1"/>
        </w:rPr>
        <w:t xml:space="preserve">What is the intrinsic value of </w:t>
      </w:r>
      <w:proofErr w:type="gramStart"/>
      <w:r w:rsidRPr="52FF518E">
        <w:rPr>
          <w:rFonts w:ascii="Cambria" w:eastAsia="Cambria" w:hAnsi="Cambria" w:cs="Cambria"/>
          <w:color w:val="000000" w:themeColor="text1"/>
        </w:rPr>
        <w:t>the human being</w:t>
      </w:r>
      <w:proofErr w:type="gramEnd"/>
      <w:r w:rsidRPr="52FF518E">
        <w:rPr>
          <w:rFonts w:ascii="Cambria" w:eastAsia="Cambria" w:hAnsi="Cambria" w:cs="Cambria"/>
          <w:color w:val="000000" w:themeColor="text1"/>
        </w:rPr>
        <w:t xml:space="preserve"> in this discipline?</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120446EE"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3FB9B9F9" w14:textId="01881DB1" w:rsidR="52FF518E" w:rsidRDefault="00D82F05" w:rsidP="006E40C8">
            <w:pPr>
              <w:rPr>
                <w:rFonts w:ascii="Cambria" w:eastAsia="Cambria" w:hAnsi="Cambria" w:cs="Cambria"/>
              </w:rPr>
            </w:pPr>
            <w:r>
              <w:rPr>
                <w:rFonts w:ascii="Cambria" w:eastAsia="Cambria" w:hAnsi="Cambria" w:cs="Cambria"/>
              </w:rPr>
              <w:t>Paste output below and revise or rewrite as desired.</w:t>
            </w:r>
          </w:p>
        </w:tc>
      </w:tr>
      <w:tr w:rsidR="52FF518E" w14:paraId="4F4A2514"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6C310585" w14:textId="1FCBDA39" w:rsidR="52FF518E" w:rsidRDefault="52FF518E" w:rsidP="006E40C8">
            <w:pPr>
              <w:rPr>
                <w:rFonts w:ascii="Cambria" w:eastAsia="Cambria" w:hAnsi="Cambria" w:cs="Cambria"/>
              </w:rPr>
            </w:pPr>
          </w:p>
          <w:p w14:paraId="44B919A5" w14:textId="2A95AFBA" w:rsidR="52FF518E" w:rsidRDefault="52FF518E" w:rsidP="006E40C8">
            <w:pPr>
              <w:rPr>
                <w:rFonts w:ascii="Cambria" w:eastAsia="Cambria" w:hAnsi="Cambria" w:cs="Cambria"/>
              </w:rPr>
            </w:pPr>
          </w:p>
        </w:tc>
      </w:tr>
    </w:tbl>
    <w:p w14:paraId="3E4EBAA0" w14:textId="4CF477D3" w:rsidR="52FF518E" w:rsidRDefault="52FF518E" w:rsidP="006E40C8">
      <w:pPr>
        <w:spacing w:after="0"/>
        <w:rPr>
          <w:rFonts w:ascii="Cambria" w:eastAsia="Cambria" w:hAnsi="Cambria" w:cs="Cambria"/>
          <w:color w:val="000000" w:themeColor="text1"/>
        </w:rPr>
      </w:pPr>
    </w:p>
    <w:p w14:paraId="534521D1" w14:textId="77777777" w:rsidR="006E40C8" w:rsidRPr="00C30221" w:rsidRDefault="00D92DDC" w:rsidP="006E40C8">
      <w:pPr>
        <w:spacing w:after="0"/>
        <w:rPr>
          <w:rFonts w:ascii="Cambria" w:eastAsia="Cambria" w:hAnsi="Cambria" w:cs="Cambria"/>
          <w:b/>
          <w:bCs/>
          <w:color w:val="000000" w:themeColor="text1"/>
        </w:rPr>
      </w:pPr>
      <w:r w:rsidRPr="00C30221">
        <w:rPr>
          <w:rFonts w:ascii="Cambria" w:eastAsia="Cambria" w:hAnsi="Cambria" w:cs="Cambria"/>
          <w:b/>
          <w:bCs/>
          <w:color w:val="000000" w:themeColor="text1"/>
        </w:rPr>
        <w:t xml:space="preserve">Prompt </w:t>
      </w:r>
      <w:r w:rsidR="52FF518E" w:rsidRPr="00C30221">
        <w:rPr>
          <w:rFonts w:ascii="Cambria" w:eastAsia="Cambria" w:hAnsi="Cambria" w:cs="Cambria"/>
          <w:b/>
          <w:bCs/>
          <w:color w:val="000000" w:themeColor="text1"/>
        </w:rPr>
        <w:t xml:space="preserve">3. </w:t>
      </w:r>
    </w:p>
    <w:p w14:paraId="08737E13" w14:textId="3A3D0DBF" w:rsidR="52FF518E" w:rsidRDefault="52FF518E" w:rsidP="00C30221">
      <w:pPr>
        <w:spacing w:after="120"/>
        <w:rPr>
          <w:rFonts w:ascii="Cambria" w:eastAsia="Cambria" w:hAnsi="Cambria" w:cs="Cambria"/>
          <w:color w:val="000000" w:themeColor="text1"/>
        </w:rPr>
      </w:pPr>
      <w:r w:rsidRPr="52FF518E">
        <w:rPr>
          <w:rFonts w:ascii="Cambria" w:eastAsia="Cambria" w:hAnsi="Cambria" w:cs="Cambria"/>
          <w:color w:val="000000" w:themeColor="text1"/>
        </w:rPr>
        <w:t>What is the instrumental value of the human being as a practitioner?</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054184C6"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7E8F2B5C" w14:textId="1EC3827F" w:rsidR="52FF518E" w:rsidRDefault="00D82F05" w:rsidP="006E40C8">
            <w:pPr>
              <w:rPr>
                <w:rFonts w:ascii="Cambria" w:eastAsia="Cambria" w:hAnsi="Cambria" w:cs="Cambria"/>
              </w:rPr>
            </w:pPr>
            <w:r>
              <w:rPr>
                <w:rFonts w:ascii="Cambria" w:eastAsia="Cambria" w:hAnsi="Cambria" w:cs="Cambria"/>
              </w:rPr>
              <w:t>Paste output below and revise or rewrite as desired.</w:t>
            </w:r>
          </w:p>
        </w:tc>
      </w:tr>
      <w:tr w:rsidR="52FF518E" w14:paraId="3F305BC1"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1E04E747" w14:textId="10D2564E" w:rsidR="52FF518E" w:rsidRDefault="52FF518E" w:rsidP="006E40C8">
            <w:pPr>
              <w:rPr>
                <w:rFonts w:ascii="Cambria" w:eastAsia="Cambria" w:hAnsi="Cambria" w:cs="Cambria"/>
              </w:rPr>
            </w:pPr>
          </w:p>
          <w:p w14:paraId="0D866AC1" w14:textId="33FC113A" w:rsidR="52FF518E" w:rsidRDefault="52FF518E" w:rsidP="006E40C8">
            <w:pPr>
              <w:rPr>
                <w:rFonts w:ascii="Cambria" w:eastAsia="Cambria" w:hAnsi="Cambria" w:cs="Cambria"/>
              </w:rPr>
            </w:pPr>
          </w:p>
        </w:tc>
      </w:tr>
    </w:tbl>
    <w:p w14:paraId="711354E6" w14:textId="6EEDB359" w:rsidR="52FF518E" w:rsidRDefault="00CBEAE7" w:rsidP="006E40C8">
      <w:pPr>
        <w:spacing w:after="0"/>
        <w:rPr>
          <w:rFonts w:ascii="Cambria" w:eastAsia="Cambria" w:hAnsi="Cambria" w:cs="Cambria"/>
          <w:color w:val="000000" w:themeColor="text1"/>
        </w:rPr>
      </w:pPr>
      <w:r w:rsidRPr="00CBEAE7">
        <w:rPr>
          <w:rFonts w:ascii="Cambria" w:eastAsia="Cambria" w:hAnsi="Cambria" w:cs="Cambria"/>
          <w:color w:val="000000" w:themeColor="text1"/>
        </w:rPr>
        <w:t xml:space="preserve"> </w:t>
      </w:r>
    </w:p>
    <w:p w14:paraId="1247385C" w14:textId="77777777" w:rsidR="006E40C8" w:rsidRPr="00C30221" w:rsidRDefault="00D92DDC" w:rsidP="006E40C8">
      <w:pPr>
        <w:spacing w:after="0"/>
        <w:rPr>
          <w:rFonts w:ascii="Cambria" w:eastAsia="Cambria" w:hAnsi="Cambria" w:cs="Cambria"/>
          <w:b/>
          <w:bCs/>
          <w:color w:val="000000" w:themeColor="text1"/>
        </w:rPr>
      </w:pPr>
      <w:r w:rsidRPr="00C30221">
        <w:rPr>
          <w:rFonts w:ascii="Cambria" w:eastAsia="Cambria" w:hAnsi="Cambria" w:cs="Cambria"/>
          <w:b/>
          <w:bCs/>
          <w:color w:val="000000" w:themeColor="text1"/>
        </w:rPr>
        <w:t xml:space="preserve">Prompt </w:t>
      </w:r>
      <w:r w:rsidR="1CC976C1" w:rsidRPr="00C30221">
        <w:rPr>
          <w:rFonts w:ascii="Cambria" w:eastAsia="Cambria" w:hAnsi="Cambria" w:cs="Cambria"/>
          <w:b/>
          <w:bCs/>
          <w:color w:val="000000" w:themeColor="text1"/>
        </w:rPr>
        <w:t xml:space="preserve">4. </w:t>
      </w:r>
    </w:p>
    <w:p w14:paraId="715FA78B" w14:textId="0DD3EA4D" w:rsidR="52FF518E" w:rsidRDefault="1CC976C1" w:rsidP="00C30221">
      <w:pPr>
        <w:spacing w:after="120"/>
        <w:rPr>
          <w:rFonts w:ascii="Cambria" w:eastAsia="Cambria" w:hAnsi="Cambria" w:cs="Cambria"/>
          <w:color w:val="000000" w:themeColor="text1"/>
        </w:rPr>
      </w:pPr>
      <w:r w:rsidRPr="1CC976C1">
        <w:rPr>
          <w:rFonts w:ascii="Cambria" w:eastAsia="Cambria" w:hAnsi="Cambria" w:cs="Cambria"/>
          <w:color w:val="000000" w:themeColor="text1"/>
        </w:rPr>
        <w:t xml:space="preserve">How might the work as a practitioner in this field be an expression of the Two Great Commandments? (as </w:t>
      </w:r>
      <w:r w:rsidR="008513C0">
        <w:rPr>
          <w:rFonts w:ascii="Cambria" w:eastAsia="Cambria" w:hAnsi="Cambria" w:cs="Cambria"/>
          <w:color w:val="000000" w:themeColor="text1"/>
        </w:rPr>
        <w:t xml:space="preserve">representative </w:t>
      </w:r>
      <w:r w:rsidRPr="1CC976C1">
        <w:rPr>
          <w:rFonts w:ascii="Cambria" w:eastAsia="Cambria" w:hAnsi="Cambria" w:cs="Cambria"/>
          <w:color w:val="000000" w:themeColor="text1"/>
        </w:rPr>
        <w:t>of a gospel value system)</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30F2519A"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2B3F41AB" w14:textId="282D569B" w:rsidR="52FF518E" w:rsidRDefault="00D82F05" w:rsidP="006E40C8">
            <w:pPr>
              <w:rPr>
                <w:rFonts w:ascii="Cambria" w:eastAsia="Cambria" w:hAnsi="Cambria" w:cs="Cambria"/>
              </w:rPr>
            </w:pPr>
            <w:r>
              <w:rPr>
                <w:rFonts w:ascii="Cambria" w:eastAsia="Cambria" w:hAnsi="Cambria" w:cs="Cambria"/>
              </w:rPr>
              <w:t>Paste output below and revise or rewrite as desired.</w:t>
            </w:r>
          </w:p>
        </w:tc>
      </w:tr>
      <w:tr w:rsidR="52FF518E" w14:paraId="409A3C7A"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6EA04B1D" w14:textId="239F9C97" w:rsidR="52FF518E" w:rsidRDefault="52FF518E" w:rsidP="006E40C8">
            <w:pPr>
              <w:rPr>
                <w:rFonts w:ascii="Cambria" w:eastAsia="Cambria" w:hAnsi="Cambria" w:cs="Cambria"/>
              </w:rPr>
            </w:pPr>
          </w:p>
          <w:p w14:paraId="626C3073" w14:textId="0211EE54" w:rsidR="52FF518E" w:rsidRDefault="52FF518E" w:rsidP="006E40C8">
            <w:pPr>
              <w:rPr>
                <w:rFonts w:ascii="Cambria" w:eastAsia="Cambria" w:hAnsi="Cambria" w:cs="Cambria"/>
              </w:rPr>
            </w:pPr>
          </w:p>
        </w:tc>
      </w:tr>
    </w:tbl>
    <w:p w14:paraId="67073CDD" w14:textId="01731204" w:rsidR="52FF518E" w:rsidRDefault="52FF518E" w:rsidP="006E40C8">
      <w:pPr>
        <w:spacing w:after="0"/>
        <w:rPr>
          <w:rFonts w:ascii="Cambria" w:eastAsia="Cambria" w:hAnsi="Cambria" w:cs="Cambria"/>
          <w:color w:val="000000" w:themeColor="text1"/>
        </w:rPr>
      </w:pPr>
    </w:p>
    <w:p w14:paraId="2F4BFE5C" w14:textId="77777777" w:rsidR="006E40C8" w:rsidRPr="00C30221" w:rsidRDefault="00D92DDC" w:rsidP="006E40C8">
      <w:pPr>
        <w:spacing w:after="0"/>
        <w:rPr>
          <w:rFonts w:ascii="Cambria" w:eastAsia="Cambria" w:hAnsi="Cambria" w:cs="Cambria"/>
          <w:b/>
          <w:bCs/>
          <w:color w:val="000000" w:themeColor="text1"/>
        </w:rPr>
      </w:pPr>
      <w:r w:rsidRPr="00C30221">
        <w:rPr>
          <w:rFonts w:ascii="Cambria" w:eastAsia="Cambria" w:hAnsi="Cambria" w:cs="Cambria"/>
          <w:b/>
          <w:bCs/>
          <w:color w:val="000000" w:themeColor="text1"/>
        </w:rPr>
        <w:t xml:space="preserve">Prompt </w:t>
      </w:r>
      <w:r w:rsidR="37D3013F" w:rsidRPr="00C30221">
        <w:rPr>
          <w:rFonts w:ascii="Cambria" w:eastAsia="Cambria" w:hAnsi="Cambria" w:cs="Cambria"/>
          <w:b/>
          <w:bCs/>
          <w:color w:val="000000" w:themeColor="text1"/>
        </w:rPr>
        <w:t xml:space="preserve">5. </w:t>
      </w:r>
    </w:p>
    <w:p w14:paraId="4BB4BC55" w14:textId="6F767AA5" w:rsidR="52FF518E" w:rsidRDefault="37D3013F" w:rsidP="00C30221">
      <w:pPr>
        <w:spacing w:after="120"/>
        <w:rPr>
          <w:rFonts w:ascii="Cambria" w:eastAsia="Cambria" w:hAnsi="Cambria" w:cs="Cambria"/>
          <w:color w:val="000000" w:themeColor="text1"/>
        </w:rPr>
      </w:pPr>
      <w:r w:rsidRPr="37D3013F">
        <w:rPr>
          <w:rFonts w:ascii="Cambria" w:eastAsia="Cambria" w:hAnsi="Cambria" w:cs="Cambria"/>
          <w:color w:val="000000" w:themeColor="text1"/>
        </w:rPr>
        <w:t xml:space="preserve">How might these considerations be combined to reflect an integrated version of the ends of this discipline. </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52FF518E" w14:paraId="3E1EF2F4"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0EFED8F4" w14:textId="7CD83488" w:rsidR="52FF518E" w:rsidRDefault="00D82F05" w:rsidP="006E40C8">
            <w:pPr>
              <w:rPr>
                <w:rFonts w:ascii="Cambria" w:eastAsia="Cambria" w:hAnsi="Cambria" w:cs="Cambria"/>
              </w:rPr>
            </w:pPr>
            <w:r>
              <w:rPr>
                <w:rFonts w:ascii="Cambria" w:eastAsia="Cambria" w:hAnsi="Cambria" w:cs="Cambria"/>
              </w:rPr>
              <w:t>Paste output below and revise or rewrite as desired.</w:t>
            </w:r>
          </w:p>
        </w:tc>
      </w:tr>
      <w:tr w:rsidR="52FF518E" w14:paraId="55EBECE4" w14:textId="77777777" w:rsidTr="37D3013F">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3D3FAF30" w14:textId="3C4E6488" w:rsidR="52FF518E" w:rsidRDefault="52FF518E" w:rsidP="006E40C8">
            <w:pPr>
              <w:rPr>
                <w:rFonts w:ascii="Cambria" w:eastAsia="Cambria" w:hAnsi="Cambria" w:cs="Cambria"/>
              </w:rPr>
            </w:pPr>
          </w:p>
          <w:p w14:paraId="7AF070DE" w14:textId="64565A4A" w:rsidR="52FF518E" w:rsidRDefault="52FF518E" w:rsidP="006E40C8">
            <w:pPr>
              <w:rPr>
                <w:rFonts w:ascii="Cambria" w:eastAsia="Cambria" w:hAnsi="Cambria" w:cs="Cambria"/>
              </w:rPr>
            </w:pPr>
          </w:p>
        </w:tc>
      </w:tr>
    </w:tbl>
    <w:p w14:paraId="5D6138FB" w14:textId="613DFB22" w:rsidR="52FF518E" w:rsidRDefault="52FF518E" w:rsidP="006E40C8">
      <w:pPr>
        <w:spacing w:after="0"/>
        <w:rPr>
          <w:rFonts w:ascii="Cambria" w:eastAsia="Cambria" w:hAnsi="Cambria" w:cs="Cambria"/>
          <w:color w:val="000000" w:themeColor="text1"/>
        </w:rPr>
      </w:pPr>
    </w:p>
    <w:p w14:paraId="23832AEA" w14:textId="77777777" w:rsidR="006E40C8" w:rsidRPr="00C30221" w:rsidRDefault="00D92DDC" w:rsidP="006E40C8">
      <w:pPr>
        <w:spacing w:after="0"/>
        <w:rPr>
          <w:rFonts w:ascii="Cambria" w:eastAsia="Cambria" w:hAnsi="Cambria" w:cs="Cambria"/>
          <w:b/>
          <w:bCs/>
          <w:color w:val="000000" w:themeColor="text1"/>
        </w:rPr>
      </w:pPr>
      <w:r w:rsidRPr="00C30221">
        <w:rPr>
          <w:rFonts w:ascii="Cambria" w:eastAsia="Cambria" w:hAnsi="Cambria" w:cs="Cambria"/>
          <w:b/>
          <w:bCs/>
          <w:color w:val="000000" w:themeColor="text1"/>
        </w:rPr>
        <w:t xml:space="preserve">Prompt </w:t>
      </w:r>
      <w:r w:rsidR="2744078E" w:rsidRPr="00C30221">
        <w:rPr>
          <w:rFonts w:ascii="Cambria" w:eastAsia="Cambria" w:hAnsi="Cambria" w:cs="Cambria"/>
          <w:b/>
          <w:bCs/>
          <w:color w:val="000000" w:themeColor="text1"/>
        </w:rPr>
        <w:t xml:space="preserve">6. </w:t>
      </w:r>
    </w:p>
    <w:p w14:paraId="1951D289" w14:textId="1169D0FD" w:rsidR="2744078E" w:rsidRDefault="2744078E" w:rsidP="00C30221">
      <w:pPr>
        <w:spacing w:after="120"/>
        <w:rPr>
          <w:rFonts w:ascii="Cambria" w:eastAsia="Cambria" w:hAnsi="Cambria" w:cs="Cambria"/>
          <w:color w:val="000000" w:themeColor="text1"/>
        </w:rPr>
      </w:pPr>
      <w:r w:rsidRPr="2744078E">
        <w:rPr>
          <w:rFonts w:ascii="Cambria" w:eastAsia="Cambria" w:hAnsi="Cambria" w:cs="Cambria"/>
          <w:color w:val="000000" w:themeColor="text1"/>
        </w:rPr>
        <w:t>How does this view of the discipline lend itself to integrating the Aims of a BYU Education seamlessly and holistically?</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2744078E" w14:paraId="7212D90F" w14:textId="77777777" w:rsidTr="00BF151C">
        <w:trPr>
          <w:trHeight w:val="285"/>
        </w:trPr>
        <w:tc>
          <w:tcPr>
            <w:tcW w:w="8940" w:type="dxa"/>
            <w:tcBorders>
              <w:top w:val="single" w:sz="6" w:space="0" w:color="auto"/>
              <w:left w:val="single" w:sz="6" w:space="0" w:color="auto"/>
              <w:right w:val="single" w:sz="6" w:space="0" w:color="auto"/>
            </w:tcBorders>
            <w:shd w:val="clear" w:color="auto" w:fill="E1EBF7" w:themeFill="text2" w:themeFillTint="1A"/>
            <w:tcMar>
              <w:left w:w="90" w:type="dxa"/>
              <w:right w:w="90" w:type="dxa"/>
            </w:tcMar>
          </w:tcPr>
          <w:p w14:paraId="57D40217" w14:textId="5787E92E" w:rsidR="2744078E" w:rsidRDefault="00D82F05" w:rsidP="2744078E">
            <w:pPr>
              <w:rPr>
                <w:rFonts w:ascii="Cambria" w:eastAsia="Cambria" w:hAnsi="Cambria" w:cs="Cambria"/>
              </w:rPr>
            </w:pPr>
            <w:r>
              <w:rPr>
                <w:rFonts w:ascii="Cambria" w:eastAsia="Cambria" w:hAnsi="Cambria" w:cs="Cambria"/>
              </w:rPr>
              <w:t>Paste output below and revise or rewrite as desired.</w:t>
            </w:r>
          </w:p>
        </w:tc>
      </w:tr>
      <w:tr w:rsidR="2744078E" w14:paraId="0F6503DD" w14:textId="77777777" w:rsidTr="2744078E">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7426D8CC" w14:textId="3C4E6488" w:rsidR="2744078E" w:rsidRDefault="2744078E" w:rsidP="2744078E">
            <w:pPr>
              <w:rPr>
                <w:rFonts w:ascii="Cambria" w:eastAsia="Cambria" w:hAnsi="Cambria" w:cs="Cambria"/>
              </w:rPr>
            </w:pPr>
          </w:p>
          <w:p w14:paraId="6E7E1F86" w14:textId="64565A4A" w:rsidR="2744078E" w:rsidRDefault="2744078E" w:rsidP="2744078E">
            <w:pPr>
              <w:rPr>
                <w:rFonts w:ascii="Cambria" w:eastAsia="Cambria" w:hAnsi="Cambria" w:cs="Cambria"/>
              </w:rPr>
            </w:pPr>
          </w:p>
        </w:tc>
      </w:tr>
    </w:tbl>
    <w:p w14:paraId="33AFCA22" w14:textId="2F037031" w:rsidR="2744078E" w:rsidRDefault="2744078E" w:rsidP="2744078E">
      <w:pPr>
        <w:rPr>
          <w:rFonts w:ascii="Cambria" w:eastAsia="Cambria" w:hAnsi="Cambria" w:cs="Cambria"/>
          <w:color w:val="000000" w:themeColor="text1"/>
        </w:rPr>
      </w:pPr>
    </w:p>
    <w:p w14:paraId="07D6801E" w14:textId="1D648A21" w:rsidR="00354925" w:rsidRDefault="00CBEAE7" w:rsidP="00C30221">
      <w:pPr>
        <w:keepNext/>
        <w:keepLines/>
      </w:pPr>
      <w:r>
        <w:lastRenderedPageBreak/>
        <w:t>OPTIONAL</w:t>
      </w:r>
    </w:p>
    <w:p w14:paraId="701F093F" w14:textId="2A785944" w:rsidR="00CBEAE7" w:rsidRDefault="00C30221" w:rsidP="00C30221">
      <w:pPr>
        <w:keepNext/>
        <w:keepLines/>
      </w:pPr>
      <w:r>
        <w:t>If you wish, you might combine</w:t>
      </w:r>
      <w:r w:rsidR="00CBEAE7">
        <w:t xml:space="preserve"> prompt </w:t>
      </w:r>
      <w:r w:rsidR="00D74ABF">
        <w:t>5</w:t>
      </w:r>
      <w:r w:rsidR="00CBEAE7">
        <w:t xml:space="preserve"> of disciplinary foundations and prompt 5 of gospel methodolog</w:t>
      </w:r>
      <w:r>
        <w:t>y</w:t>
      </w:r>
      <w:r w:rsidR="00CBEAE7">
        <w:t xml:space="preserve"> to </w:t>
      </w:r>
      <w:r>
        <w:t xml:space="preserve">be </w:t>
      </w:r>
      <w:r w:rsidR="00CBEAE7">
        <w:t>place directly into your course syllabus section</w:t>
      </w:r>
      <w:r>
        <w:t>:</w:t>
      </w:r>
      <w:r w:rsidR="00CBEAE7">
        <w:t xml:space="preserve"> "Why Does It Matter".</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8940"/>
      </w:tblGrid>
      <w:tr w:rsidR="00CBEAE7" w14:paraId="1C70F003" w14:textId="77777777" w:rsidTr="00CBEAE7">
        <w:trPr>
          <w:trHeight w:val="285"/>
        </w:trPr>
        <w:tc>
          <w:tcPr>
            <w:tcW w:w="8940" w:type="dxa"/>
            <w:tcBorders>
              <w:top w:val="single" w:sz="6" w:space="0" w:color="auto"/>
              <w:left w:val="single" w:sz="6" w:space="0" w:color="auto"/>
              <w:right w:val="single" w:sz="6" w:space="0" w:color="auto"/>
            </w:tcBorders>
            <w:tcMar>
              <w:left w:w="90" w:type="dxa"/>
              <w:right w:w="90" w:type="dxa"/>
            </w:tcMar>
          </w:tcPr>
          <w:p w14:paraId="2B2B58E7" w14:textId="4A536654" w:rsidR="00CBEAE7" w:rsidRDefault="00D82F05" w:rsidP="00CBEAE7">
            <w:pPr>
              <w:rPr>
                <w:rFonts w:ascii="Cambria" w:eastAsia="Cambria" w:hAnsi="Cambria" w:cs="Cambria"/>
              </w:rPr>
            </w:pPr>
            <w:r>
              <w:rPr>
                <w:rFonts w:ascii="Cambria" w:eastAsia="Cambria" w:hAnsi="Cambria" w:cs="Cambria"/>
              </w:rPr>
              <w:t>Paste output below and revise or rewrite as desired.</w:t>
            </w:r>
          </w:p>
        </w:tc>
      </w:tr>
      <w:tr w:rsidR="00CBEAE7" w14:paraId="73D9254E" w14:textId="77777777" w:rsidTr="00CBEAE7">
        <w:trPr>
          <w:trHeight w:val="285"/>
        </w:trPr>
        <w:tc>
          <w:tcPr>
            <w:tcW w:w="8940" w:type="dxa"/>
            <w:tcBorders>
              <w:left w:val="single" w:sz="6" w:space="0" w:color="auto"/>
              <w:bottom w:val="single" w:sz="6" w:space="0" w:color="auto"/>
              <w:right w:val="single" w:sz="6" w:space="0" w:color="auto"/>
            </w:tcBorders>
            <w:tcMar>
              <w:left w:w="90" w:type="dxa"/>
              <w:right w:w="90" w:type="dxa"/>
            </w:tcMar>
          </w:tcPr>
          <w:p w14:paraId="6B3A279C" w14:textId="3C4E6488" w:rsidR="00CBEAE7" w:rsidRDefault="00CBEAE7" w:rsidP="00CBEAE7">
            <w:pPr>
              <w:rPr>
                <w:rFonts w:ascii="Cambria" w:eastAsia="Cambria" w:hAnsi="Cambria" w:cs="Cambria"/>
              </w:rPr>
            </w:pPr>
          </w:p>
          <w:p w14:paraId="2D60BE61" w14:textId="64565A4A" w:rsidR="00CBEAE7" w:rsidRDefault="00CBEAE7" w:rsidP="00CBEAE7">
            <w:pPr>
              <w:rPr>
                <w:rFonts w:ascii="Cambria" w:eastAsia="Cambria" w:hAnsi="Cambria" w:cs="Cambria"/>
              </w:rPr>
            </w:pPr>
          </w:p>
        </w:tc>
      </w:tr>
    </w:tbl>
    <w:p w14:paraId="195EEDDC" w14:textId="1BE22F44" w:rsidR="00CBEAE7" w:rsidRDefault="00CBEAE7" w:rsidP="00CBEAE7"/>
    <w:p w14:paraId="20CF5248" w14:textId="7F712ECC" w:rsidR="00D810EF" w:rsidRPr="00D810EF" w:rsidRDefault="00D810EF" w:rsidP="00CBEAE7">
      <w:pPr>
        <w:rPr>
          <w:b/>
          <w:bCs/>
        </w:rPr>
      </w:pPr>
      <w:r w:rsidRPr="00D810EF">
        <w:rPr>
          <w:b/>
          <w:bCs/>
        </w:rPr>
        <w:t xml:space="preserve">Copy and paste, </w:t>
      </w:r>
      <w:r>
        <w:rPr>
          <w:b/>
          <w:bCs/>
        </w:rPr>
        <w:t xml:space="preserve">or </w:t>
      </w:r>
      <w:r w:rsidRPr="00D810EF">
        <w:rPr>
          <w:b/>
          <w:bCs/>
        </w:rPr>
        <w:t xml:space="preserve">save and upload the file, into AI so that it has any revisions you have made to inform </w:t>
      </w:r>
      <w:proofErr w:type="gramStart"/>
      <w:r w:rsidRPr="00D810EF">
        <w:rPr>
          <w:b/>
          <w:bCs/>
        </w:rPr>
        <w:t>the</w:t>
      </w:r>
      <w:proofErr w:type="gramEnd"/>
      <w:r w:rsidRPr="00D810EF">
        <w:rPr>
          <w:b/>
          <w:bCs/>
        </w:rPr>
        <w:t xml:space="preserve"> continued interaction.</w:t>
      </w:r>
    </w:p>
    <w:sectPr w:rsidR="00D810EF" w:rsidRPr="00D810EF" w:rsidSect="00C30221">
      <w:pgSz w:w="12240" w:h="15840"/>
      <w:pgMar w:top="1080" w:right="1440" w:bottom="108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48B22" w14:textId="77777777" w:rsidR="00930BC2" w:rsidRDefault="00930BC2">
      <w:pPr>
        <w:spacing w:after="0" w:line="240" w:lineRule="auto"/>
      </w:pPr>
      <w:r>
        <w:separator/>
      </w:r>
    </w:p>
  </w:endnote>
  <w:endnote w:type="continuationSeparator" w:id="0">
    <w:p w14:paraId="1EF290C5" w14:textId="77777777" w:rsidR="00930BC2" w:rsidRDefault="00930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9A53" w14:textId="77777777" w:rsidR="00930BC2" w:rsidRDefault="00930BC2">
      <w:pPr>
        <w:spacing w:after="0" w:line="240" w:lineRule="auto"/>
      </w:pPr>
      <w:r>
        <w:separator/>
      </w:r>
    </w:p>
  </w:footnote>
  <w:footnote w:type="continuationSeparator" w:id="0">
    <w:p w14:paraId="21D983BA" w14:textId="77777777" w:rsidR="00930BC2" w:rsidRDefault="00930B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A27D47"/>
    <w:multiLevelType w:val="hybridMultilevel"/>
    <w:tmpl w:val="DC344DBA"/>
    <w:lvl w:ilvl="0" w:tplc="4FA499A4">
      <w:start w:val="1"/>
      <w:numFmt w:val="decimal"/>
      <w:lvlText w:val="%1."/>
      <w:lvlJc w:val="left"/>
      <w:pPr>
        <w:ind w:left="720" w:hanging="360"/>
      </w:pPr>
    </w:lvl>
    <w:lvl w:ilvl="1" w:tplc="D83624CA">
      <w:start w:val="1"/>
      <w:numFmt w:val="lowerLetter"/>
      <w:lvlText w:val="%2."/>
      <w:lvlJc w:val="left"/>
      <w:pPr>
        <w:ind w:left="1440" w:hanging="360"/>
      </w:pPr>
    </w:lvl>
    <w:lvl w:ilvl="2" w:tplc="C0A8829E">
      <w:start w:val="1"/>
      <w:numFmt w:val="lowerRoman"/>
      <w:lvlText w:val="%3."/>
      <w:lvlJc w:val="right"/>
      <w:pPr>
        <w:ind w:left="2160" w:hanging="180"/>
      </w:pPr>
    </w:lvl>
    <w:lvl w:ilvl="3" w:tplc="47B8C798">
      <w:start w:val="1"/>
      <w:numFmt w:val="decimal"/>
      <w:lvlText w:val="%4."/>
      <w:lvlJc w:val="left"/>
      <w:pPr>
        <w:ind w:left="2880" w:hanging="360"/>
      </w:pPr>
    </w:lvl>
    <w:lvl w:ilvl="4" w:tplc="B56C97C0">
      <w:start w:val="1"/>
      <w:numFmt w:val="lowerLetter"/>
      <w:lvlText w:val="%5."/>
      <w:lvlJc w:val="left"/>
      <w:pPr>
        <w:ind w:left="3600" w:hanging="360"/>
      </w:pPr>
    </w:lvl>
    <w:lvl w:ilvl="5" w:tplc="4CC2FC78">
      <w:start w:val="1"/>
      <w:numFmt w:val="lowerRoman"/>
      <w:lvlText w:val="%6."/>
      <w:lvlJc w:val="right"/>
      <w:pPr>
        <w:ind w:left="4320" w:hanging="180"/>
      </w:pPr>
    </w:lvl>
    <w:lvl w:ilvl="6" w:tplc="1264084A">
      <w:start w:val="1"/>
      <w:numFmt w:val="decimal"/>
      <w:lvlText w:val="%7."/>
      <w:lvlJc w:val="left"/>
      <w:pPr>
        <w:ind w:left="5040" w:hanging="360"/>
      </w:pPr>
    </w:lvl>
    <w:lvl w:ilvl="7" w:tplc="795E73E2">
      <w:start w:val="1"/>
      <w:numFmt w:val="lowerLetter"/>
      <w:lvlText w:val="%8."/>
      <w:lvlJc w:val="left"/>
      <w:pPr>
        <w:ind w:left="5760" w:hanging="360"/>
      </w:pPr>
    </w:lvl>
    <w:lvl w:ilvl="8" w:tplc="FEA0E0E2">
      <w:start w:val="1"/>
      <w:numFmt w:val="lowerRoman"/>
      <w:lvlText w:val="%9."/>
      <w:lvlJc w:val="right"/>
      <w:pPr>
        <w:ind w:left="6480" w:hanging="180"/>
      </w:pPr>
    </w:lvl>
  </w:abstractNum>
  <w:abstractNum w:abstractNumId="10" w15:restartNumberingAfterBreak="0">
    <w:nsid w:val="0AD849A9"/>
    <w:multiLevelType w:val="hybridMultilevel"/>
    <w:tmpl w:val="6B54D73A"/>
    <w:lvl w:ilvl="0" w:tplc="7B609EB2">
      <w:start w:val="1"/>
      <w:numFmt w:val="decimal"/>
      <w:lvlText w:val="%1."/>
      <w:lvlJc w:val="left"/>
      <w:pPr>
        <w:ind w:left="720" w:hanging="360"/>
      </w:pPr>
    </w:lvl>
    <w:lvl w:ilvl="1" w:tplc="915027BA">
      <w:start w:val="1"/>
      <w:numFmt w:val="lowerLetter"/>
      <w:lvlText w:val="%2."/>
      <w:lvlJc w:val="left"/>
      <w:pPr>
        <w:ind w:left="1440" w:hanging="360"/>
      </w:pPr>
    </w:lvl>
    <w:lvl w:ilvl="2" w:tplc="69C05FE2">
      <w:start w:val="1"/>
      <w:numFmt w:val="lowerRoman"/>
      <w:lvlText w:val="%3."/>
      <w:lvlJc w:val="right"/>
      <w:pPr>
        <w:ind w:left="2160" w:hanging="180"/>
      </w:pPr>
    </w:lvl>
    <w:lvl w:ilvl="3" w:tplc="D38AD236">
      <w:start w:val="1"/>
      <w:numFmt w:val="decimal"/>
      <w:lvlText w:val="%4."/>
      <w:lvlJc w:val="left"/>
      <w:pPr>
        <w:ind w:left="2880" w:hanging="360"/>
      </w:pPr>
    </w:lvl>
    <w:lvl w:ilvl="4" w:tplc="20386A5E">
      <w:start w:val="1"/>
      <w:numFmt w:val="lowerLetter"/>
      <w:lvlText w:val="%5."/>
      <w:lvlJc w:val="left"/>
      <w:pPr>
        <w:ind w:left="3600" w:hanging="360"/>
      </w:pPr>
    </w:lvl>
    <w:lvl w:ilvl="5" w:tplc="337C7EA8">
      <w:start w:val="1"/>
      <w:numFmt w:val="lowerRoman"/>
      <w:lvlText w:val="%6."/>
      <w:lvlJc w:val="right"/>
      <w:pPr>
        <w:ind w:left="4320" w:hanging="180"/>
      </w:pPr>
    </w:lvl>
    <w:lvl w:ilvl="6" w:tplc="8C0AC306">
      <w:start w:val="1"/>
      <w:numFmt w:val="decimal"/>
      <w:lvlText w:val="%7."/>
      <w:lvlJc w:val="left"/>
      <w:pPr>
        <w:ind w:left="5040" w:hanging="360"/>
      </w:pPr>
    </w:lvl>
    <w:lvl w:ilvl="7" w:tplc="55589BA4">
      <w:start w:val="1"/>
      <w:numFmt w:val="lowerLetter"/>
      <w:lvlText w:val="%8."/>
      <w:lvlJc w:val="left"/>
      <w:pPr>
        <w:ind w:left="5760" w:hanging="360"/>
      </w:pPr>
    </w:lvl>
    <w:lvl w:ilvl="8" w:tplc="49F21A46">
      <w:start w:val="1"/>
      <w:numFmt w:val="lowerRoman"/>
      <w:lvlText w:val="%9."/>
      <w:lvlJc w:val="right"/>
      <w:pPr>
        <w:ind w:left="6480" w:hanging="180"/>
      </w:pPr>
    </w:lvl>
  </w:abstractNum>
  <w:abstractNum w:abstractNumId="11" w15:restartNumberingAfterBreak="0">
    <w:nsid w:val="0FF5D419"/>
    <w:multiLevelType w:val="hybridMultilevel"/>
    <w:tmpl w:val="70FE2C7E"/>
    <w:lvl w:ilvl="0" w:tplc="34307512">
      <w:start w:val="1"/>
      <w:numFmt w:val="decimal"/>
      <w:lvlText w:val="%1."/>
      <w:lvlJc w:val="left"/>
      <w:pPr>
        <w:ind w:left="720" w:hanging="360"/>
      </w:pPr>
    </w:lvl>
    <w:lvl w:ilvl="1" w:tplc="A0405650">
      <w:start w:val="1"/>
      <w:numFmt w:val="lowerLetter"/>
      <w:lvlText w:val="%2."/>
      <w:lvlJc w:val="left"/>
      <w:pPr>
        <w:ind w:left="1440" w:hanging="360"/>
      </w:pPr>
    </w:lvl>
    <w:lvl w:ilvl="2" w:tplc="C148786E">
      <w:start w:val="1"/>
      <w:numFmt w:val="lowerRoman"/>
      <w:lvlText w:val="%3."/>
      <w:lvlJc w:val="right"/>
      <w:pPr>
        <w:ind w:left="2160" w:hanging="180"/>
      </w:pPr>
    </w:lvl>
    <w:lvl w:ilvl="3" w:tplc="820ECB62">
      <w:start w:val="1"/>
      <w:numFmt w:val="decimal"/>
      <w:lvlText w:val="%4."/>
      <w:lvlJc w:val="left"/>
      <w:pPr>
        <w:ind w:left="2880" w:hanging="360"/>
      </w:pPr>
    </w:lvl>
    <w:lvl w:ilvl="4" w:tplc="EAEAACD6">
      <w:start w:val="1"/>
      <w:numFmt w:val="lowerLetter"/>
      <w:lvlText w:val="%5."/>
      <w:lvlJc w:val="left"/>
      <w:pPr>
        <w:ind w:left="3600" w:hanging="360"/>
      </w:pPr>
    </w:lvl>
    <w:lvl w:ilvl="5" w:tplc="3E8CFBCC">
      <w:start w:val="1"/>
      <w:numFmt w:val="lowerRoman"/>
      <w:lvlText w:val="%6."/>
      <w:lvlJc w:val="right"/>
      <w:pPr>
        <w:ind w:left="4320" w:hanging="180"/>
      </w:pPr>
    </w:lvl>
    <w:lvl w:ilvl="6" w:tplc="4A343962">
      <w:start w:val="1"/>
      <w:numFmt w:val="decimal"/>
      <w:lvlText w:val="%7."/>
      <w:lvlJc w:val="left"/>
      <w:pPr>
        <w:ind w:left="5040" w:hanging="360"/>
      </w:pPr>
    </w:lvl>
    <w:lvl w:ilvl="7" w:tplc="CE367BC8">
      <w:start w:val="1"/>
      <w:numFmt w:val="lowerLetter"/>
      <w:lvlText w:val="%8."/>
      <w:lvlJc w:val="left"/>
      <w:pPr>
        <w:ind w:left="5760" w:hanging="360"/>
      </w:pPr>
    </w:lvl>
    <w:lvl w:ilvl="8" w:tplc="05A03E5A">
      <w:start w:val="1"/>
      <w:numFmt w:val="lowerRoman"/>
      <w:lvlText w:val="%9."/>
      <w:lvlJc w:val="right"/>
      <w:pPr>
        <w:ind w:left="6480" w:hanging="180"/>
      </w:pPr>
    </w:lvl>
  </w:abstractNum>
  <w:abstractNum w:abstractNumId="12" w15:restartNumberingAfterBreak="0">
    <w:nsid w:val="13619151"/>
    <w:multiLevelType w:val="hybridMultilevel"/>
    <w:tmpl w:val="E75E9B0E"/>
    <w:lvl w:ilvl="0" w:tplc="E222F7D6">
      <w:start w:val="1"/>
      <w:numFmt w:val="bullet"/>
      <w:lvlText w:val=""/>
      <w:lvlJc w:val="left"/>
      <w:pPr>
        <w:ind w:left="720" w:hanging="360"/>
      </w:pPr>
      <w:rPr>
        <w:rFonts w:ascii="Symbol" w:hAnsi="Symbol" w:hint="default"/>
      </w:rPr>
    </w:lvl>
    <w:lvl w:ilvl="1" w:tplc="95101D4E">
      <w:start w:val="1"/>
      <w:numFmt w:val="bullet"/>
      <w:lvlText w:val="o"/>
      <w:lvlJc w:val="left"/>
      <w:pPr>
        <w:ind w:left="1440" w:hanging="360"/>
      </w:pPr>
      <w:rPr>
        <w:rFonts w:ascii="Courier New" w:hAnsi="Courier New" w:hint="default"/>
      </w:rPr>
    </w:lvl>
    <w:lvl w:ilvl="2" w:tplc="B992B4D8">
      <w:start w:val="1"/>
      <w:numFmt w:val="bullet"/>
      <w:lvlText w:val=""/>
      <w:lvlJc w:val="left"/>
      <w:pPr>
        <w:ind w:left="2160" w:hanging="360"/>
      </w:pPr>
      <w:rPr>
        <w:rFonts w:ascii="Wingdings" w:hAnsi="Wingdings" w:hint="default"/>
      </w:rPr>
    </w:lvl>
    <w:lvl w:ilvl="3" w:tplc="782255FE">
      <w:start w:val="1"/>
      <w:numFmt w:val="bullet"/>
      <w:lvlText w:val=""/>
      <w:lvlJc w:val="left"/>
      <w:pPr>
        <w:ind w:left="2880" w:hanging="360"/>
      </w:pPr>
      <w:rPr>
        <w:rFonts w:ascii="Symbol" w:hAnsi="Symbol" w:hint="default"/>
      </w:rPr>
    </w:lvl>
    <w:lvl w:ilvl="4" w:tplc="81AE6364">
      <w:start w:val="1"/>
      <w:numFmt w:val="bullet"/>
      <w:lvlText w:val="o"/>
      <w:lvlJc w:val="left"/>
      <w:pPr>
        <w:ind w:left="3600" w:hanging="360"/>
      </w:pPr>
      <w:rPr>
        <w:rFonts w:ascii="Courier New" w:hAnsi="Courier New" w:hint="default"/>
      </w:rPr>
    </w:lvl>
    <w:lvl w:ilvl="5" w:tplc="8FC2AD12">
      <w:start w:val="1"/>
      <w:numFmt w:val="bullet"/>
      <w:lvlText w:val=""/>
      <w:lvlJc w:val="left"/>
      <w:pPr>
        <w:ind w:left="4320" w:hanging="360"/>
      </w:pPr>
      <w:rPr>
        <w:rFonts w:ascii="Wingdings" w:hAnsi="Wingdings" w:hint="default"/>
      </w:rPr>
    </w:lvl>
    <w:lvl w:ilvl="6" w:tplc="3C3C5210">
      <w:start w:val="1"/>
      <w:numFmt w:val="bullet"/>
      <w:lvlText w:val=""/>
      <w:lvlJc w:val="left"/>
      <w:pPr>
        <w:ind w:left="5040" w:hanging="360"/>
      </w:pPr>
      <w:rPr>
        <w:rFonts w:ascii="Symbol" w:hAnsi="Symbol" w:hint="default"/>
      </w:rPr>
    </w:lvl>
    <w:lvl w:ilvl="7" w:tplc="A4E46096">
      <w:start w:val="1"/>
      <w:numFmt w:val="bullet"/>
      <w:lvlText w:val="o"/>
      <w:lvlJc w:val="left"/>
      <w:pPr>
        <w:ind w:left="5760" w:hanging="360"/>
      </w:pPr>
      <w:rPr>
        <w:rFonts w:ascii="Courier New" w:hAnsi="Courier New" w:hint="default"/>
      </w:rPr>
    </w:lvl>
    <w:lvl w:ilvl="8" w:tplc="E2800910">
      <w:start w:val="1"/>
      <w:numFmt w:val="bullet"/>
      <w:lvlText w:val=""/>
      <w:lvlJc w:val="left"/>
      <w:pPr>
        <w:ind w:left="6480" w:hanging="360"/>
      </w:pPr>
      <w:rPr>
        <w:rFonts w:ascii="Wingdings" w:hAnsi="Wingdings" w:hint="default"/>
      </w:rPr>
    </w:lvl>
  </w:abstractNum>
  <w:abstractNum w:abstractNumId="13" w15:restartNumberingAfterBreak="0">
    <w:nsid w:val="1856DA47"/>
    <w:multiLevelType w:val="hybridMultilevel"/>
    <w:tmpl w:val="343A081E"/>
    <w:lvl w:ilvl="0" w:tplc="BB2E6F08">
      <w:start w:val="1"/>
      <w:numFmt w:val="bullet"/>
      <w:lvlText w:val=""/>
      <w:lvlJc w:val="left"/>
      <w:pPr>
        <w:ind w:left="720" w:hanging="360"/>
      </w:pPr>
      <w:rPr>
        <w:rFonts w:ascii="Symbol" w:hAnsi="Symbol" w:hint="default"/>
      </w:rPr>
    </w:lvl>
    <w:lvl w:ilvl="1" w:tplc="FA985C0E">
      <w:start w:val="1"/>
      <w:numFmt w:val="bullet"/>
      <w:lvlText w:val="o"/>
      <w:lvlJc w:val="left"/>
      <w:pPr>
        <w:ind w:left="1440" w:hanging="360"/>
      </w:pPr>
      <w:rPr>
        <w:rFonts w:ascii="Courier New" w:hAnsi="Courier New" w:hint="default"/>
      </w:rPr>
    </w:lvl>
    <w:lvl w:ilvl="2" w:tplc="1AF6BF4A">
      <w:start w:val="1"/>
      <w:numFmt w:val="bullet"/>
      <w:lvlText w:val=""/>
      <w:lvlJc w:val="left"/>
      <w:pPr>
        <w:ind w:left="2160" w:hanging="360"/>
      </w:pPr>
      <w:rPr>
        <w:rFonts w:ascii="Wingdings" w:hAnsi="Wingdings" w:hint="default"/>
      </w:rPr>
    </w:lvl>
    <w:lvl w:ilvl="3" w:tplc="F014C1C6">
      <w:start w:val="1"/>
      <w:numFmt w:val="bullet"/>
      <w:lvlText w:val=""/>
      <w:lvlJc w:val="left"/>
      <w:pPr>
        <w:ind w:left="2880" w:hanging="360"/>
      </w:pPr>
      <w:rPr>
        <w:rFonts w:ascii="Symbol" w:hAnsi="Symbol" w:hint="default"/>
      </w:rPr>
    </w:lvl>
    <w:lvl w:ilvl="4" w:tplc="82DCD73A">
      <w:start w:val="1"/>
      <w:numFmt w:val="bullet"/>
      <w:lvlText w:val="o"/>
      <w:lvlJc w:val="left"/>
      <w:pPr>
        <w:ind w:left="3600" w:hanging="360"/>
      </w:pPr>
      <w:rPr>
        <w:rFonts w:ascii="Courier New" w:hAnsi="Courier New" w:hint="default"/>
      </w:rPr>
    </w:lvl>
    <w:lvl w:ilvl="5" w:tplc="820099E8">
      <w:start w:val="1"/>
      <w:numFmt w:val="bullet"/>
      <w:lvlText w:val=""/>
      <w:lvlJc w:val="left"/>
      <w:pPr>
        <w:ind w:left="4320" w:hanging="360"/>
      </w:pPr>
      <w:rPr>
        <w:rFonts w:ascii="Wingdings" w:hAnsi="Wingdings" w:hint="default"/>
      </w:rPr>
    </w:lvl>
    <w:lvl w:ilvl="6" w:tplc="C41CDF74">
      <w:start w:val="1"/>
      <w:numFmt w:val="bullet"/>
      <w:lvlText w:val=""/>
      <w:lvlJc w:val="left"/>
      <w:pPr>
        <w:ind w:left="5040" w:hanging="360"/>
      </w:pPr>
      <w:rPr>
        <w:rFonts w:ascii="Symbol" w:hAnsi="Symbol" w:hint="default"/>
      </w:rPr>
    </w:lvl>
    <w:lvl w:ilvl="7" w:tplc="F9EA3AA4">
      <w:start w:val="1"/>
      <w:numFmt w:val="bullet"/>
      <w:lvlText w:val="o"/>
      <w:lvlJc w:val="left"/>
      <w:pPr>
        <w:ind w:left="5760" w:hanging="360"/>
      </w:pPr>
      <w:rPr>
        <w:rFonts w:ascii="Courier New" w:hAnsi="Courier New" w:hint="default"/>
      </w:rPr>
    </w:lvl>
    <w:lvl w:ilvl="8" w:tplc="17882F9E">
      <w:start w:val="1"/>
      <w:numFmt w:val="bullet"/>
      <w:lvlText w:val=""/>
      <w:lvlJc w:val="left"/>
      <w:pPr>
        <w:ind w:left="6480" w:hanging="360"/>
      </w:pPr>
      <w:rPr>
        <w:rFonts w:ascii="Wingdings" w:hAnsi="Wingdings" w:hint="default"/>
      </w:rPr>
    </w:lvl>
  </w:abstractNum>
  <w:abstractNum w:abstractNumId="14" w15:restartNumberingAfterBreak="0">
    <w:nsid w:val="1E54AF1B"/>
    <w:multiLevelType w:val="hybridMultilevel"/>
    <w:tmpl w:val="95FEDAB8"/>
    <w:lvl w:ilvl="0" w:tplc="82A69A74">
      <w:start w:val="1"/>
      <w:numFmt w:val="decimal"/>
      <w:lvlText w:val="%1."/>
      <w:lvlJc w:val="left"/>
      <w:pPr>
        <w:ind w:left="720" w:hanging="360"/>
      </w:pPr>
    </w:lvl>
    <w:lvl w:ilvl="1" w:tplc="D9844D7C">
      <w:start w:val="1"/>
      <w:numFmt w:val="lowerLetter"/>
      <w:lvlText w:val="%2."/>
      <w:lvlJc w:val="left"/>
      <w:pPr>
        <w:ind w:left="1440" w:hanging="360"/>
      </w:pPr>
    </w:lvl>
    <w:lvl w:ilvl="2" w:tplc="EF0C27F8">
      <w:start w:val="1"/>
      <w:numFmt w:val="lowerRoman"/>
      <w:lvlText w:val="%3."/>
      <w:lvlJc w:val="right"/>
      <w:pPr>
        <w:ind w:left="2160" w:hanging="180"/>
      </w:pPr>
    </w:lvl>
    <w:lvl w:ilvl="3" w:tplc="A378D854">
      <w:start w:val="1"/>
      <w:numFmt w:val="decimal"/>
      <w:lvlText w:val="%4."/>
      <w:lvlJc w:val="left"/>
      <w:pPr>
        <w:ind w:left="2880" w:hanging="360"/>
      </w:pPr>
    </w:lvl>
    <w:lvl w:ilvl="4" w:tplc="9F74B718">
      <w:start w:val="1"/>
      <w:numFmt w:val="lowerLetter"/>
      <w:lvlText w:val="%5."/>
      <w:lvlJc w:val="left"/>
      <w:pPr>
        <w:ind w:left="3600" w:hanging="360"/>
      </w:pPr>
    </w:lvl>
    <w:lvl w:ilvl="5" w:tplc="8ECE209E">
      <w:start w:val="1"/>
      <w:numFmt w:val="lowerRoman"/>
      <w:lvlText w:val="%6."/>
      <w:lvlJc w:val="right"/>
      <w:pPr>
        <w:ind w:left="4320" w:hanging="180"/>
      </w:pPr>
    </w:lvl>
    <w:lvl w:ilvl="6" w:tplc="D432FBC6">
      <w:start w:val="1"/>
      <w:numFmt w:val="decimal"/>
      <w:lvlText w:val="%7."/>
      <w:lvlJc w:val="left"/>
      <w:pPr>
        <w:ind w:left="5040" w:hanging="360"/>
      </w:pPr>
    </w:lvl>
    <w:lvl w:ilvl="7" w:tplc="90A6ACB6">
      <w:start w:val="1"/>
      <w:numFmt w:val="lowerLetter"/>
      <w:lvlText w:val="%8."/>
      <w:lvlJc w:val="left"/>
      <w:pPr>
        <w:ind w:left="5760" w:hanging="360"/>
      </w:pPr>
    </w:lvl>
    <w:lvl w:ilvl="8" w:tplc="46AEF9BC">
      <w:start w:val="1"/>
      <w:numFmt w:val="lowerRoman"/>
      <w:lvlText w:val="%9."/>
      <w:lvlJc w:val="right"/>
      <w:pPr>
        <w:ind w:left="6480" w:hanging="180"/>
      </w:pPr>
    </w:lvl>
  </w:abstractNum>
  <w:abstractNum w:abstractNumId="15" w15:restartNumberingAfterBreak="0">
    <w:nsid w:val="1F64673A"/>
    <w:multiLevelType w:val="hybridMultilevel"/>
    <w:tmpl w:val="CD70EA48"/>
    <w:lvl w:ilvl="0" w:tplc="5A7A6396">
      <w:start w:val="1"/>
      <w:numFmt w:val="decimal"/>
      <w:lvlText w:val="%1."/>
      <w:lvlJc w:val="left"/>
      <w:pPr>
        <w:ind w:left="720" w:hanging="360"/>
      </w:pPr>
    </w:lvl>
    <w:lvl w:ilvl="1" w:tplc="D9483172">
      <w:start w:val="1"/>
      <w:numFmt w:val="lowerLetter"/>
      <w:lvlText w:val="%2."/>
      <w:lvlJc w:val="left"/>
      <w:pPr>
        <w:ind w:left="1440" w:hanging="360"/>
      </w:pPr>
    </w:lvl>
    <w:lvl w:ilvl="2" w:tplc="6BA88EB2">
      <w:start w:val="1"/>
      <w:numFmt w:val="lowerRoman"/>
      <w:lvlText w:val="%3."/>
      <w:lvlJc w:val="right"/>
      <w:pPr>
        <w:ind w:left="2160" w:hanging="180"/>
      </w:pPr>
    </w:lvl>
    <w:lvl w:ilvl="3" w:tplc="E0329360">
      <w:start w:val="1"/>
      <w:numFmt w:val="decimal"/>
      <w:lvlText w:val="%4."/>
      <w:lvlJc w:val="left"/>
      <w:pPr>
        <w:ind w:left="2880" w:hanging="360"/>
      </w:pPr>
    </w:lvl>
    <w:lvl w:ilvl="4" w:tplc="76FE66DC">
      <w:start w:val="1"/>
      <w:numFmt w:val="lowerLetter"/>
      <w:lvlText w:val="%5."/>
      <w:lvlJc w:val="left"/>
      <w:pPr>
        <w:ind w:left="3600" w:hanging="360"/>
      </w:pPr>
    </w:lvl>
    <w:lvl w:ilvl="5" w:tplc="A01A7656">
      <w:start w:val="1"/>
      <w:numFmt w:val="lowerRoman"/>
      <w:lvlText w:val="%6."/>
      <w:lvlJc w:val="right"/>
      <w:pPr>
        <w:ind w:left="4320" w:hanging="180"/>
      </w:pPr>
    </w:lvl>
    <w:lvl w:ilvl="6" w:tplc="47260598">
      <w:start w:val="1"/>
      <w:numFmt w:val="decimal"/>
      <w:lvlText w:val="%7."/>
      <w:lvlJc w:val="left"/>
      <w:pPr>
        <w:ind w:left="5040" w:hanging="360"/>
      </w:pPr>
    </w:lvl>
    <w:lvl w:ilvl="7" w:tplc="DE78462C">
      <w:start w:val="1"/>
      <w:numFmt w:val="lowerLetter"/>
      <w:lvlText w:val="%8."/>
      <w:lvlJc w:val="left"/>
      <w:pPr>
        <w:ind w:left="5760" w:hanging="360"/>
      </w:pPr>
    </w:lvl>
    <w:lvl w:ilvl="8" w:tplc="7542E722">
      <w:start w:val="1"/>
      <w:numFmt w:val="lowerRoman"/>
      <w:lvlText w:val="%9."/>
      <w:lvlJc w:val="right"/>
      <w:pPr>
        <w:ind w:left="6480" w:hanging="180"/>
      </w:pPr>
    </w:lvl>
  </w:abstractNum>
  <w:abstractNum w:abstractNumId="16" w15:restartNumberingAfterBreak="0">
    <w:nsid w:val="27C9EEFB"/>
    <w:multiLevelType w:val="hybridMultilevel"/>
    <w:tmpl w:val="B65EEBEE"/>
    <w:lvl w:ilvl="0" w:tplc="AEA434D4">
      <w:start w:val="1"/>
      <w:numFmt w:val="decimal"/>
      <w:lvlText w:val="%1."/>
      <w:lvlJc w:val="left"/>
      <w:pPr>
        <w:ind w:left="720" w:hanging="360"/>
      </w:pPr>
    </w:lvl>
    <w:lvl w:ilvl="1" w:tplc="160E6E3C">
      <w:start w:val="1"/>
      <w:numFmt w:val="lowerLetter"/>
      <w:lvlText w:val="%2."/>
      <w:lvlJc w:val="left"/>
      <w:pPr>
        <w:ind w:left="1440" w:hanging="360"/>
      </w:pPr>
    </w:lvl>
    <w:lvl w:ilvl="2" w:tplc="8D44F95A">
      <w:start w:val="1"/>
      <w:numFmt w:val="lowerRoman"/>
      <w:lvlText w:val="%3."/>
      <w:lvlJc w:val="right"/>
      <w:pPr>
        <w:ind w:left="2160" w:hanging="180"/>
      </w:pPr>
    </w:lvl>
    <w:lvl w:ilvl="3" w:tplc="7780E95C">
      <w:start w:val="1"/>
      <w:numFmt w:val="decimal"/>
      <w:lvlText w:val="%4."/>
      <w:lvlJc w:val="left"/>
      <w:pPr>
        <w:ind w:left="2880" w:hanging="360"/>
      </w:pPr>
    </w:lvl>
    <w:lvl w:ilvl="4" w:tplc="15A22D0A">
      <w:start w:val="1"/>
      <w:numFmt w:val="lowerLetter"/>
      <w:lvlText w:val="%5."/>
      <w:lvlJc w:val="left"/>
      <w:pPr>
        <w:ind w:left="3600" w:hanging="360"/>
      </w:pPr>
    </w:lvl>
    <w:lvl w:ilvl="5" w:tplc="1D2EC1CC">
      <w:start w:val="1"/>
      <w:numFmt w:val="lowerRoman"/>
      <w:lvlText w:val="%6."/>
      <w:lvlJc w:val="right"/>
      <w:pPr>
        <w:ind w:left="4320" w:hanging="180"/>
      </w:pPr>
    </w:lvl>
    <w:lvl w:ilvl="6" w:tplc="411C4C46">
      <w:start w:val="1"/>
      <w:numFmt w:val="decimal"/>
      <w:lvlText w:val="%7."/>
      <w:lvlJc w:val="left"/>
      <w:pPr>
        <w:ind w:left="5040" w:hanging="360"/>
      </w:pPr>
    </w:lvl>
    <w:lvl w:ilvl="7" w:tplc="767AC726">
      <w:start w:val="1"/>
      <w:numFmt w:val="lowerLetter"/>
      <w:lvlText w:val="%8."/>
      <w:lvlJc w:val="left"/>
      <w:pPr>
        <w:ind w:left="5760" w:hanging="360"/>
      </w:pPr>
    </w:lvl>
    <w:lvl w:ilvl="8" w:tplc="92D2FC22">
      <w:start w:val="1"/>
      <w:numFmt w:val="lowerRoman"/>
      <w:lvlText w:val="%9."/>
      <w:lvlJc w:val="right"/>
      <w:pPr>
        <w:ind w:left="6480" w:hanging="180"/>
      </w:pPr>
    </w:lvl>
  </w:abstractNum>
  <w:abstractNum w:abstractNumId="17" w15:restartNumberingAfterBreak="0">
    <w:nsid w:val="2BCCA4C9"/>
    <w:multiLevelType w:val="hybridMultilevel"/>
    <w:tmpl w:val="19703458"/>
    <w:lvl w:ilvl="0" w:tplc="858EF90C">
      <w:start w:val="1"/>
      <w:numFmt w:val="bullet"/>
      <w:lvlText w:val=""/>
      <w:lvlJc w:val="left"/>
      <w:pPr>
        <w:ind w:left="720" w:hanging="360"/>
      </w:pPr>
      <w:rPr>
        <w:rFonts w:ascii="Symbol" w:hAnsi="Symbol" w:hint="default"/>
      </w:rPr>
    </w:lvl>
    <w:lvl w:ilvl="1" w:tplc="C882DB34">
      <w:start w:val="1"/>
      <w:numFmt w:val="bullet"/>
      <w:lvlText w:val="o"/>
      <w:lvlJc w:val="left"/>
      <w:pPr>
        <w:ind w:left="1440" w:hanging="360"/>
      </w:pPr>
      <w:rPr>
        <w:rFonts w:ascii="Courier New" w:hAnsi="Courier New" w:hint="default"/>
      </w:rPr>
    </w:lvl>
    <w:lvl w:ilvl="2" w:tplc="E3AAAFC0">
      <w:start w:val="1"/>
      <w:numFmt w:val="bullet"/>
      <w:lvlText w:val=""/>
      <w:lvlJc w:val="left"/>
      <w:pPr>
        <w:ind w:left="2160" w:hanging="360"/>
      </w:pPr>
      <w:rPr>
        <w:rFonts w:ascii="Wingdings" w:hAnsi="Wingdings" w:hint="default"/>
      </w:rPr>
    </w:lvl>
    <w:lvl w:ilvl="3" w:tplc="C846B62A">
      <w:start w:val="1"/>
      <w:numFmt w:val="bullet"/>
      <w:lvlText w:val=""/>
      <w:lvlJc w:val="left"/>
      <w:pPr>
        <w:ind w:left="2880" w:hanging="360"/>
      </w:pPr>
      <w:rPr>
        <w:rFonts w:ascii="Symbol" w:hAnsi="Symbol" w:hint="default"/>
      </w:rPr>
    </w:lvl>
    <w:lvl w:ilvl="4" w:tplc="D98AFED6">
      <w:start w:val="1"/>
      <w:numFmt w:val="bullet"/>
      <w:lvlText w:val="o"/>
      <w:lvlJc w:val="left"/>
      <w:pPr>
        <w:ind w:left="3600" w:hanging="360"/>
      </w:pPr>
      <w:rPr>
        <w:rFonts w:ascii="Courier New" w:hAnsi="Courier New" w:hint="default"/>
      </w:rPr>
    </w:lvl>
    <w:lvl w:ilvl="5" w:tplc="05840130">
      <w:start w:val="1"/>
      <w:numFmt w:val="bullet"/>
      <w:lvlText w:val=""/>
      <w:lvlJc w:val="left"/>
      <w:pPr>
        <w:ind w:left="4320" w:hanging="360"/>
      </w:pPr>
      <w:rPr>
        <w:rFonts w:ascii="Wingdings" w:hAnsi="Wingdings" w:hint="default"/>
      </w:rPr>
    </w:lvl>
    <w:lvl w:ilvl="6" w:tplc="E6389352">
      <w:start w:val="1"/>
      <w:numFmt w:val="bullet"/>
      <w:lvlText w:val=""/>
      <w:lvlJc w:val="left"/>
      <w:pPr>
        <w:ind w:left="5040" w:hanging="360"/>
      </w:pPr>
      <w:rPr>
        <w:rFonts w:ascii="Symbol" w:hAnsi="Symbol" w:hint="default"/>
      </w:rPr>
    </w:lvl>
    <w:lvl w:ilvl="7" w:tplc="52E0DBBA">
      <w:start w:val="1"/>
      <w:numFmt w:val="bullet"/>
      <w:lvlText w:val="o"/>
      <w:lvlJc w:val="left"/>
      <w:pPr>
        <w:ind w:left="5760" w:hanging="360"/>
      </w:pPr>
      <w:rPr>
        <w:rFonts w:ascii="Courier New" w:hAnsi="Courier New" w:hint="default"/>
      </w:rPr>
    </w:lvl>
    <w:lvl w:ilvl="8" w:tplc="F0406AE8">
      <w:start w:val="1"/>
      <w:numFmt w:val="bullet"/>
      <w:lvlText w:val=""/>
      <w:lvlJc w:val="left"/>
      <w:pPr>
        <w:ind w:left="6480" w:hanging="360"/>
      </w:pPr>
      <w:rPr>
        <w:rFonts w:ascii="Wingdings" w:hAnsi="Wingdings" w:hint="default"/>
      </w:rPr>
    </w:lvl>
  </w:abstractNum>
  <w:abstractNum w:abstractNumId="18" w15:restartNumberingAfterBreak="0">
    <w:nsid w:val="314AA700"/>
    <w:multiLevelType w:val="hybridMultilevel"/>
    <w:tmpl w:val="FC88AE0E"/>
    <w:lvl w:ilvl="0" w:tplc="FC3E9D26">
      <w:start w:val="1"/>
      <w:numFmt w:val="bullet"/>
      <w:lvlText w:val=""/>
      <w:lvlJc w:val="left"/>
      <w:pPr>
        <w:ind w:left="720" w:hanging="360"/>
      </w:pPr>
      <w:rPr>
        <w:rFonts w:ascii="Symbol" w:hAnsi="Symbol" w:hint="default"/>
      </w:rPr>
    </w:lvl>
    <w:lvl w:ilvl="1" w:tplc="4A96F504">
      <w:start w:val="1"/>
      <w:numFmt w:val="bullet"/>
      <w:lvlText w:val="o"/>
      <w:lvlJc w:val="left"/>
      <w:pPr>
        <w:ind w:left="1440" w:hanging="360"/>
      </w:pPr>
      <w:rPr>
        <w:rFonts w:ascii="Courier New" w:hAnsi="Courier New" w:hint="default"/>
      </w:rPr>
    </w:lvl>
    <w:lvl w:ilvl="2" w:tplc="52DA08B8">
      <w:start w:val="1"/>
      <w:numFmt w:val="bullet"/>
      <w:lvlText w:val=""/>
      <w:lvlJc w:val="left"/>
      <w:pPr>
        <w:ind w:left="2160" w:hanging="360"/>
      </w:pPr>
      <w:rPr>
        <w:rFonts w:ascii="Wingdings" w:hAnsi="Wingdings" w:hint="default"/>
      </w:rPr>
    </w:lvl>
    <w:lvl w:ilvl="3" w:tplc="B98243C8">
      <w:start w:val="1"/>
      <w:numFmt w:val="bullet"/>
      <w:lvlText w:val=""/>
      <w:lvlJc w:val="left"/>
      <w:pPr>
        <w:ind w:left="2880" w:hanging="360"/>
      </w:pPr>
      <w:rPr>
        <w:rFonts w:ascii="Symbol" w:hAnsi="Symbol" w:hint="default"/>
      </w:rPr>
    </w:lvl>
    <w:lvl w:ilvl="4" w:tplc="BB0C42A2">
      <w:start w:val="1"/>
      <w:numFmt w:val="bullet"/>
      <w:lvlText w:val="o"/>
      <w:lvlJc w:val="left"/>
      <w:pPr>
        <w:ind w:left="3600" w:hanging="360"/>
      </w:pPr>
      <w:rPr>
        <w:rFonts w:ascii="Courier New" w:hAnsi="Courier New" w:hint="default"/>
      </w:rPr>
    </w:lvl>
    <w:lvl w:ilvl="5" w:tplc="95787F92">
      <w:start w:val="1"/>
      <w:numFmt w:val="bullet"/>
      <w:lvlText w:val=""/>
      <w:lvlJc w:val="left"/>
      <w:pPr>
        <w:ind w:left="4320" w:hanging="360"/>
      </w:pPr>
      <w:rPr>
        <w:rFonts w:ascii="Wingdings" w:hAnsi="Wingdings" w:hint="default"/>
      </w:rPr>
    </w:lvl>
    <w:lvl w:ilvl="6" w:tplc="995009BE">
      <w:start w:val="1"/>
      <w:numFmt w:val="bullet"/>
      <w:lvlText w:val=""/>
      <w:lvlJc w:val="left"/>
      <w:pPr>
        <w:ind w:left="5040" w:hanging="360"/>
      </w:pPr>
      <w:rPr>
        <w:rFonts w:ascii="Symbol" w:hAnsi="Symbol" w:hint="default"/>
      </w:rPr>
    </w:lvl>
    <w:lvl w:ilvl="7" w:tplc="02862DC4">
      <w:start w:val="1"/>
      <w:numFmt w:val="bullet"/>
      <w:lvlText w:val="o"/>
      <w:lvlJc w:val="left"/>
      <w:pPr>
        <w:ind w:left="5760" w:hanging="360"/>
      </w:pPr>
      <w:rPr>
        <w:rFonts w:ascii="Courier New" w:hAnsi="Courier New" w:hint="default"/>
      </w:rPr>
    </w:lvl>
    <w:lvl w:ilvl="8" w:tplc="18FE5150">
      <w:start w:val="1"/>
      <w:numFmt w:val="bullet"/>
      <w:lvlText w:val=""/>
      <w:lvlJc w:val="left"/>
      <w:pPr>
        <w:ind w:left="6480" w:hanging="360"/>
      </w:pPr>
      <w:rPr>
        <w:rFonts w:ascii="Wingdings" w:hAnsi="Wingdings" w:hint="default"/>
      </w:rPr>
    </w:lvl>
  </w:abstractNum>
  <w:abstractNum w:abstractNumId="19" w15:restartNumberingAfterBreak="0">
    <w:nsid w:val="32433879"/>
    <w:multiLevelType w:val="hybridMultilevel"/>
    <w:tmpl w:val="A588C0F0"/>
    <w:lvl w:ilvl="0" w:tplc="3ACAD102">
      <w:start w:val="1"/>
      <w:numFmt w:val="bullet"/>
      <w:lvlText w:val=""/>
      <w:lvlJc w:val="left"/>
      <w:pPr>
        <w:ind w:left="720" w:hanging="360"/>
      </w:pPr>
      <w:rPr>
        <w:rFonts w:ascii="Symbol" w:hAnsi="Symbol" w:hint="default"/>
      </w:rPr>
    </w:lvl>
    <w:lvl w:ilvl="1" w:tplc="CD70DFB2">
      <w:start w:val="1"/>
      <w:numFmt w:val="bullet"/>
      <w:lvlText w:val="o"/>
      <w:lvlJc w:val="left"/>
      <w:pPr>
        <w:ind w:left="1440" w:hanging="360"/>
      </w:pPr>
      <w:rPr>
        <w:rFonts w:ascii="Courier New" w:hAnsi="Courier New" w:hint="default"/>
      </w:rPr>
    </w:lvl>
    <w:lvl w:ilvl="2" w:tplc="3DF4042C">
      <w:start w:val="1"/>
      <w:numFmt w:val="bullet"/>
      <w:lvlText w:val=""/>
      <w:lvlJc w:val="left"/>
      <w:pPr>
        <w:ind w:left="2160" w:hanging="360"/>
      </w:pPr>
      <w:rPr>
        <w:rFonts w:ascii="Wingdings" w:hAnsi="Wingdings" w:hint="default"/>
      </w:rPr>
    </w:lvl>
    <w:lvl w:ilvl="3" w:tplc="7186A9B4">
      <w:start w:val="1"/>
      <w:numFmt w:val="bullet"/>
      <w:lvlText w:val=""/>
      <w:lvlJc w:val="left"/>
      <w:pPr>
        <w:ind w:left="2880" w:hanging="360"/>
      </w:pPr>
      <w:rPr>
        <w:rFonts w:ascii="Symbol" w:hAnsi="Symbol" w:hint="default"/>
      </w:rPr>
    </w:lvl>
    <w:lvl w:ilvl="4" w:tplc="ECD09E76">
      <w:start w:val="1"/>
      <w:numFmt w:val="bullet"/>
      <w:lvlText w:val="o"/>
      <w:lvlJc w:val="left"/>
      <w:pPr>
        <w:ind w:left="3600" w:hanging="360"/>
      </w:pPr>
      <w:rPr>
        <w:rFonts w:ascii="Courier New" w:hAnsi="Courier New" w:hint="default"/>
      </w:rPr>
    </w:lvl>
    <w:lvl w:ilvl="5" w:tplc="B1A47062">
      <w:start w:val="1"/>
      <w:numFmt w:val="bullet"/>
      <w:lvlText w:val=""/>
      <w:lvlJc w:val="left"/>
      <w:pPr>
        <w:ind w:left="4320" w:hanging="360"/>
      </w:pPr>
      <w:rPr>
        <w:rFonts w:ascii="Wingdings" w:hAnsi="Wingdings" w:hint="default"/>
      </w:rPr>
    </w:lvl>
    <w:lvl w:ilvl="6" w:tplc="FA88F6C4">
      <w:start w:val="1"/>
      <w:numFmt w:val="bullet"/>
      <w:lvlText w:val=""/>
      <w:lvlJc w:val="left"/>
      <w:pPr>
        <w:ind w:left="5040" w:hanging="360"/>
      </w:pPr>
      <w:rPr>
        <w:rFonts w:ascii="Symbol" w:hAnsi="Symbol" w:hint="default"/>
      </w:rPr>
    </w:lvl>
    <w:lvl w:ilvl="7" w:tplc="52668C74">
      <w:start w:val="1"/>
      <w:numFmt w:val="bullet"/>
      <w:lvlText w:val="o"/>
      <w:lvlJc w:val="left"/>
      <w:pPr>
        <w:ind w:left="5760" w:hanging="360"/>
      </w:pPr>
      <w:rPr>
        <w:rFonts w:ascii="Courier New" w:hAnsi="Courier New" w:hint="default"/>
      </w:rPr>
    </w:lvl>
    <w:lvl w:ilvl="8" w:tplc="E9F01E5C">
      <w:start w:val="1"/>
      <w:numFmt w:val="bullet"/>
      <w:lvlText w:val=""/>
      <w:lvlJc w:val="left"/>
      <w:pPr>
        <w:ind w:left="6480" w:hanging="360"/>
      </w:pPr>
      <w:rPr>
        <w:rFonts w:ascii="Wingdings" w:hAnsi="Wingdings" w:hint="default"/>
      </w:rPr>
    </w:lvl>
  </w:abstractNum>
  <w:abstractNum w:abstractNumId="20" w15:restartNumberingAfterBreak="0">
    <w:nsid w:val="3A325B38"/>
    <w:multiLevelType w:val="hybridMultilevel"/>
    <w:tmpl w:val="76E225CE"/>
    <w:lvl w:ilvl="0" w:tplc="B23E9756">
      <w:start w:val="1"/>
      <w:numFmt w:val="bullet"/>
      <w:lvlText w:val=""/>
      <w:lvlJc w:val="left"/>
      <w:pPr>
        <w:ind w:left="720" w:hanging="360"/>
      </w:pPr>
      <w:rPr>
        <w:rFonts w:ascii="Symbol" w:hAnsi="Symbol" w:hint="default"/>
      </w:rPr>
    </w:lvl>
    <w:lvl w:ilvl="1" w:tplc="27F68968">
      <w:start w:val="1"/>
      <w:numFmt w:val="bullet"/>
      <w:lvlText w:val="o"/>
      <w:lvlJc w:val="left"/>
      <w:pPr>
        <w:ind w:left="1440" w:hanging="360"/>
      </w:pPr>
      <w:rPr>
        <w:rFonts w:ascii="Courier New" w:hAnsi="Courier New" w:hint="default"/>
      </w:rPr>
    </w:lvl>
    <w:lvl w:ilvl="2" w:tplc="C2D287B2">
      <w:start w:val="1"/>
      <w:numFmt w:val="bullet"/>
      <w:lvlText w:val=""/>
      <w:lvlJc w:val="left"/>
      <w:pPr>
        <w:ind w:left="2160" w:hanging="360"/>
      </w:pPr>
      <w:rPr>
        <w:rFonts w:ascii="Wingdings" w:hAnsi="Wingdings" w:hint="default"/>
      </w:rPr>
    </w:lvl>
    <w:lvl w:ilvl="3" w:tplc="3CEC92DE">
      <w:start w:val="1"/>
      <w:numFmt w:val="bullet"/>
      <w:lvlText w:val=""/>
      <w:lvlJc w:val="left"/>
      <w:pPr>
        <w:ind w:left="2880" w:hanging="360"/>
      </w:pPr>
      <w:rPr>
        <w:rFonts w:ascii="Symbol" w:hAnsi="Symbol" w:hint="default"/>
      </w:rPr>
    </w:lvl>
    <w:lvl w:ilvl="4" w:tplc="FC0E5FB8">
      <w:start w:val="1"/>
      <w:numFmt w:val="bullet"/>
      <w:lvlText w:val="o"/>
      <w:lvlJc w:val="left"/>
      <w:pPr>
        <w:ind w:left="3600" w:hanging="360"/>
      </w:pPr>
      <w:rPr>
        <w:rFonts w:ascii="Courier New" w:hAnsi="Courier New" w:hint="default"/>
      </w:rPr>
    </w:lvl>
    <w:lvl w:ilvl="5" w:tplc="7898C15E">
      <w:start w:val="1"/>
      <w:numFmt w:val="bullet"/>
      <w:lvlText w:val=""/>
      <w:lvlJc w:val="left"/>
      <w:pPr>
        <w:ind w:left="4320" w:hanging="360"/>
      </w:pPr>
      <w:rPr>
        <w:rFonts w:ascii="Wingdings" w:hAnsi="Wingdings" w:hint="default"/>
      </w:rPr>
    </w:lvl>
    <w:lvl w:ilvl="6" w:tplc="A74A3F60">
      <w:start w:val="1"/>
      <w:numFmt w:val="bullet"/>
      <w:lvlText w:val=""/>
      <w:lvlJc w:val="left"/>
      <w:pPr>
        <w:ind w:left="5040" w:hanging="360"/>
      </w:pPr>
      <w:rPr>
        <w:rFonts w:ascii="Symbol" w:hAnsi="Symbol" w:hint="default"/>
      </w:rPr>
    </w:lvl>
    <w:lvl w:ilvl="7" w:tplc="BF54A8A2">
      <w:start w:val="1"/>
      <w:numFmt w:val="bullet"/>
      <w:lvlText w:val="o"/>
      <w:lvlJc w:val="left"/>
      <w:pPr>
        <w:ind w:left="5760" w:hanging="360"/>
      </w:pPr>
      <w:rPr>
        <w:rFonts w:ascii="Courier New" w:hAnsi="Courier New" w:hint="default"/>
      </w:rPr>
    </w:lvl>
    <w:lvl w:ilvl="8" w:tplc="C5000A94">
      <w:start w:val="1"/>
      <w:numFmt w:val="bullet"/>
      <w:lvlText w:val=""/>
      <w:lvlJc w:val="left"/>
      <w:pPr>
        <w:ind w:left="6480" w:hanging="360"/>
      </w:pPr>
      <w:rPr>
        <w:rFonts w:ascii="Wingdings" w:hAnsi="Wingdings" w:hint="default"/>
      </w:rPr>
    </w:lvl>
  </w:abstractNum>
  <w:abstractNum w:abstractNumId="21" w15:restartNumberingAfterBreak="0">
    <w:nsid w:val="3F1C2D2E"/>
    <w:multiLevelType w:val="hybridMultilevel"/>
    <w:tmpl w:val="4F04DC2A"/>
    <w:lvl w:ilvl="0" w:tplc="EBB04032">
      <w:start w:val="1"/>
      <w:numFmt w:val="bullet"/>
      <w:lvlText w:val=""/>
      <w:lvlJc w:val="left"/>
      <w:pPr>
        <w:ind w:left="720" w:hanging="360"/>
      </w:pPr>
      <w:rPr>
        <w:rFonts w:ascii="Symbol" w:hAnsi="Symbol" w:hint="default"/>
      </w:rPr>
    </w:lvl>
    <w:lvl w:ilvl="1" w:tplc="46FA4EE6">
      <w:start w:val="1"/>
      <w:numFmt w:val="bullet"/>
      <w:lvlText w:val="o"/>
      <w:lvlJc w:val="left"/>
      <w:pPr>
        <w:ind w:left="1440" w:hanging="360"/>
      </w:pPr>
      <w:rPr>
        <w:rFonts w:ascii="Courier New" w:hAnsi="Courier New" w:hint="default"/>
      </w:rPr>
    </w:lvl>
    <w:lvl w:ilvl="2" w:tplc="436AD004">
      <w:start w:val="1"/>
      <w:numFmt w:val="bullet"/>
      <w:lvlText w:val=""/>
      <w:lvlJc w:val="left"/>
      <w:pPr>
        <w:ind w:left="2160" w:hanging="360"/>
      </w:pPr>
      <w:rPr>
        <w:rFonts w:ascii="Wingdings" w:hAnsi="Wingdings" w:hint="default"/>
      </w:rPr>
    </w:lvl>
    <w:lvl w:ilvl="3" w:tplc="A07AFDF0">
      <w:start w:val="1"/>
      <w:numFmt w:val="bullet"/>
      <w:lvlText w:val=""/>
      <w:lvlJc w:val="left"/>
      <w:pPr>
        <w:ind w:left="2880" w:hanging="360"/>
      </w:pPr>
      <w:rPr>
        <w:rFonts w:ascii="Symbol" w:hAnsi="Symbol" w:hint="default"/>
      </w:rPr>
    </w:lvl>
    <w:lvl w:ilvl="4" w:tplc="84FE7248">
      <w:start w:val="1"/>
      <w:numFmt w:val="bullet"/>
      <w:lvlText w:val="o"/>
      <w:lvlJc w:val="left"/>
      <w:pPr>
        <w:ind w:left="3600" w:hanging="360"/>
      </w:pPr>
      <w:rPr>
        <w:rFonts w:ascii="Courier New" w:hAnsi="Courier New" w:hint="default"/>
      </w:rPr>
    </w:lvl>
    <w:lvl w:ilvl="5" w:tplc="A3EE7E96">
      <w:start w:val="1"/>
      <w:numFmt w:val="bullet"/>
      <w:lvlText w:val=""/>
      <w:lvlJc w:val="left"/>
      <w:pPr>
        <w:ind w:left="4320" w:hanging="360"/>
      </w:pPr>
      <w:rPr>
        <w:rFonts w:ascii="Wingdings" w:hAnsi="Wingdings" w:hint="default"/>
      </w:rPr>
    </w:lvl>
    <w:lvl w:ilvl="6" w:tplc="B98CD1DA">
      <w:start w:val="1"/>
      <w:numFmt w:val="bullet"/>
      <w:lvlText w:val=""/>
      <w:lvlJc w:val="left"/>
      <w:pPr>
        <w:ind w:left="5040" w:hanging="360"/>
      </w:pPr>
      <w:rPr>
        <w:rFonts w:ascii="Symbol" w:hAnsi="Symbol" w:hint="default"/>
      </w:rPr>
    </w:lvl>
    <w:lvl w:ilvl="7" w:tplc="1D629BD8">
      <w:start w:val="1"/>
      <w:numFmt w:val="bullet"/>
      <w:lvlText w:val="o"/>
      <w:lvlJc w:val="left"/>
      <w:pPr>
        <w:ind w:left="5760" w:hanging="360"/>
      </w:pPr>
      <w:rPr>
        <w:rFonts w:ascii="Courier New" w:hAnsi="Courier New" w:hint="default"/>
      </w:rPr>
    </w:lvl>
    <w:lvl w:ilvl="8" w:tplc="1AF0F116">
      <w:start w:val="1"/>
      <w:numFmt w:val="bullet"/>
      <w:lvlText w:val=""/>
      <w:lvlJc w:val="left"/>
      <w:pPr>
        <w:ind w:left="6480" w:hanging="360"/>
      </w:pPr>
      <w:rPr>
        <w:rFonts w:ascii="Wingdings" w:hAnsi="Wingdings" w:hint="default"/>
      </w:rPr>
    </w:lvl>
  </w:abstractNum>
  <w:abstractNum w:abstractNumId="22" w15:restartNumberingAfterBreak="0">
    <w:nsid w:val="3FEF6583"/>
    <w:multiLevelType w:val="hybridMultilevel"/>
    <w:tmpl w:val="97F8B3CE"/>
    <w:lvl w:ilvl="0" w:tplc="5F7EE204">
      <w:start w:val="1"/>
      <w:numFmt w:val="bullet"/>
      <w:lvlText w:val=""/>
      <w:lvlJc w:val="left"/>
      <w:pPr>
        <w:ind w:left="720" w:hanging="360"/>
      </w:pPr>
      <w:rPr>
        <w:rFonts w:ascii="Symbol" w:hAnsi="Symbol" w:hint="default"/>
      </w:rPr>
    </w:lvl>
    <w:lvl w:ilvl="1" w:tplc="6C6C01A8">
      <w:start w:val="1"/>
      <w:numFmt w:val="bullet"/>
      <w:lvlText w:val="o"/>
      <w:lvlJc w:val="left"/>
      <w:pPr>
        <w:ind w:left="1440" w:hanging="360"/>
      </w:pPr>
      <w:rPr>
        <w:rFonts w:ascii="Courier New" w:hAnsi="Courier New" w:hint="default"/>
      </w:rPr>
    </w:lvl>
    <w:lvl w:ilvl="2" w:tplc="E09EA9F8">
      <w:start w:val="1"/>
      <w:numFmt w:val="bullet"/>
      <w:lvlText w:val=""/>
      <w:lvlJc w:val="left"/>
      <w:pPr>
        <w:ind w:left="2160" w:hanging="360"/>
      </w:pPr>
      <w:rPr>
        <w:rFonts w:ascii="Wingdings" w:hAnsi="Wingdings" w:hint="default"/>
      </w:rPr>
    </w:lvl>
    <w:lvl w:ilvl="3" w:tplc="37D2F04E">
      <w:start w:val="1"/>
      <w:numFmt w:val="bullet"/>
      <w:lvlText w:val=""/>
      <w:lvlJc w:val="left"/>
      <w:pPr>
        <w:ind w:left="2880" w:hanging="360"/>
      </w:pPr>
      <w:rPr>
        <w:rFonts w:ascii="Symbol" w:hAnsi="Symbol" w:hint="default"/>
      </w:rPr>
    </w:lvl>
    <w:lvl w:ilvl="4" w:tplc="99F25598">
      <w:start w:val="1"/>
      <w:numFmt w:val="bullet"/>
      <w:lvlText w:val="o"/>
      <w:lvlJc w:val="left"/>
      <w:pPr>
        <w:ind w:left="3600" w:hanging="360"/>
      </w:pPr>
      <w:rPr>
        <w:rFonts w:ascii="Courier New" w:hAnsi="Courier New" w:hint="default"/>
      </w:rPr>
    </w:lvl>
    <w:lvl w:ilvl="5" w:tplc="0C102D02">
      <w:start w:val="1"/>
      <w:numFmt w:val="bullet"/>
      <w:lvlText w:val=""/>
      <w:lvlJc w:val="left"/>
      <w:pPr>
        <w:ind w:left="4320" w:hanging="360"/>
      </w:pPr>
      <w:rPr>
        <w:rFonts w:ascii="Wingdings" w:hAnsi="Wingdings" w:hint="default"/>
      </w:rPr>
    </w:lvl>
    <w:lvl w:ilvl="6" w:tplc="2F842D24">
      <w:start w:val="1"/>
      <w:numFmt w:val="bullet"/>
      <w:lvlText w:val=""/>
      <w:lvlJc w:val="left"/>
      <w:pPr>
        <w:ind w:left="5040" w:hanging="360"/>
      </w:pPr>
      <w:rPr>
        <w:rFonts w:ascii="Symbol" w:hAnsi="Symbol" w:hint="default"/>
      </w:rPr>
    </w:lvl>
    <w:lvl w:ilvl="7" w:tplc="06EA9A90">
      <w:start w:val="1"/>
      <w:numFmt w:val="bullet"/>
      <w:lvlText w:val="o"/>
      <w:lvlJc w:val="left"/>
      <w:pPr>
        <w:ind w:left="5760" w:hanging="360"/>
      </w:pPr>
      <w:rPr>
        <w:rFonts w:ascii="Courier New" w:hAnsi="Courier New" w:hint="default"/>
      </w:rPr>
    </w:lvl>
    <w:lvl w:ilvl="8" w:tplc="F2C4C99C">
      <w:start w:val="1"/>
      <w:numFmt w:val="bullet"/>
      <w:lvlText w:val=""/>
      <w:lvlJc w:val="left"/>
      <w:pPr>
        <w:ind w:left="6480" w:hanging="360"/>
      </w:pPr>
      <w:rPr>
        <w:rFonts w:ascii="Wingdings" w:hAnsi="Wingdings" w:hint="default"/>
      </w:rPr>
    </w:lvl>
  </w:abstractNum>
  <w:abstractNum w:abstractNumId="23" w15:restartNumberingAfterBreak="0">
    <w:nsid w:val="42DE14F7"/>
    <w:multiLevelType w:val="hybridMultilevel"/>
    <w:tmpl w:val="054C7884"/>
    <w:lvl w:ilvl="0" w:tplc="D1541558">
      <w:start w:val="1"/>
      <w:numFmt w:val="decimal"/>
      <w:lvlText w:val="%1."/>
      <w:lvlJc w:val="left"/>
      <w:pPr>
        <w:ind w:left="720" w:hanging="360"/>
      </w:pPr>
    </w:lvl>
    <w:lvl w:ilvl="1" w:tplc="4B2E706A">
      <w:start w:val="1"/>
      <w:numFmt w:val="lowerLetter"/>
      <w:lvlText w:val="%2."/>
      <w:lvlJc w:val="left"/>
      <w:pPr>
        <w:ind w:left="1440" w:hanging="360"/>
      </w:pPr>
    </w:lvl>
    <w:lvl w:ilvl="2" w:tplc="1F16D75A">
      <w:start w:val="1"/>
      <w:numFmt w:val="lowerRoman"/>
      <w:lvlText w:val="%3."/>
      <w:lvlJc w:val="right"/>
      <w:pPr>
        <w:ind w:left="2160" w:hanging="180"/>
      </w:pPr>
    </w:lvl>
    <w:lvl w:ilvl="3" w:tplc="26C829A4">
      <w:start w:val="1"/>
      <w:numFmt w:val="decimal"/>
      <w:lvlText w:val="%4."/>
      <w:lvlJc w:val="left"/>
      <w:pPr>
        <w:ind w:left="2880" w:hanging="360"/>
      </w:pPr>
    </w:lvl>
    <w:lvl w:ilvl="4" w:tplc="C324E9CE">
      <w:start w:val="1"/>
      <w:numFmt w:val="lowerLetter"/>
      <w:lvlText w:val="%5."/>
      <w:lvlJc w:val="left"/>
      <w:pPr>
        <w:ind w:left="3600" w:hanging="360"/>
      </w:pPr>
    </w:lvl>
    <w:lvl w:ilvl="5" w:tplc="267E1DEC">
      <w:start w:val="1"/>
      <w:numFmt w:val="lowerRoman"/>
      <w:lvlText w:val="%6."/>
      <w:lvlJc w:val="right"/>
      <w:pPr>
        <w:ind w:left="4320" w:hanging="180"/>
      </w:pPr>
    </w:lvl>
    <w:lvl w:ilvl="6" w:tplc="31B67776">
      <w:start w:val="1"/>
      <w:numFmt w:val="decimal"/>
      <w:lvlText w:val="%7."/>
      <w:lvlJc w:val="left"/>
      <w:pPr>
        <w:ind w:left="5040" w:hanging="360"/>
      </w:pPr>
    </w:lvl>
    <w:lvl w:ilvl="7" w:tplc="737017CA">
      <w:start w:val="1"/>
      <w:numFmt w:val="lowerLetter"/>
      <w:lvlText w:val="%8."/>
      <w:lvlJc w:val="left"/>
      <w:pPr>
        <w:ind w:left="5760" w:hanging="360"/>
      </w:pPr>
    </w:lvl>
    <w:lvl w:ilvl="8" w:tplc="F20AFB7C">
      <w:start w:val="1"/>
      <w:numFmt w:val="lowerRoman"/>
      <w:lvlText w:val="%9."/>
      <w:lvlJc w:val="right"/>
      <w:pPr>
        <w:ind w:left="6480" w:hanging="180"/>
      </w:pPr>
    </w:lvl>
  </w:abstractNum>
  <w:abstractNum w:abstractNumId="24" w15:restartNumberingAfterBreak="0">
    <w:nsid w:val="496BDC41"/>
    <w:multiLevelType w:val="hybridMultilevel"/>
    <w:tmpl w:val="1DF0D2E8"/>
    <w:lvl w:ilvl="0" w:tplc="850A6D56">
      <w:start w:val="1"/>
      <w:numFmt w:val="bullet"/>
      <w:lvlText w:val=""/>
      <w:lvlJc w:val="left"/>
      <w:pPr>
        <w:ind w:left="720" w:hanging="360"/>
      </w:pPr>
      <w:rPr>
        <w:rFonts w:ascii="Symbol" w:hAnsi="Symbol" w:hint="default"/>
      </w:rPr>
    </w:lvl>
    <w:lvl w:ilvl="1" w:tplc="06288786">
      <w:start w:val="1"/>
      <w:numFmt w:val="bullet"/>
      <w:lvlText w:val="o"/>
      <w:lvlJc w:val="left"/>
      <w:pPr>
        <w:ind w:left="1440" w:hanging="360"/>
      </w:pPr>
      <w:rPr>
        <w:rFonts w:ascii="Courier New" w:hAnsi="Courier New" w:hint="default"/>
      </w:rPr>
    </w:lvl>
    <w:lvl w:ilvl="2" w:tplc="B0509096">
      <w:start w:val="1"/>
      <w:numFmt w:val="bullet"/>
      <w:lvlText w:val=""/>
      <w:lvlJc w:val="left"/>
      <w:pPr>
        <w:ind w:left="2160" w:hanging="360"/>
      </w:pPr>
      <w:rPr>
        <w:rFonts w:ascii="Wingdings" w:hAnsi="Wingdings" w:hint="default"/>
      </w:rPr>
    </w:lvl>
    <w:lvl w:ilvl="3" w:tplc="4FCCC174">
      <w:start w:val="1"/>
      <w:numFmt w:val="bullet"/>
      <w:lvlText w:val=""/>
      <w:lvlJc w:val="left"/>
      <w:pPr>
        <w:ind w:left="2880" w:hanging="360"/>
      </w:pPr>
      <w:rPr>
        <w:rFonts w:ascii="Symbol" w:hAnsi="Symbol" w:hint="default"/>
      </w:rPr>
    </w:lvl>
    <w:lvl w:ilvl="4" w:tplc="200A9BA8">
      <w:start w:val="1"/>
      <w:numFmt w:val="bullet"/>
      <w:lvlText w:val="o"/>
      <w:lvlJc w:val="left"/>
      <w:pPr>
        <w:ind w:left="3600" w:hanging="360"/>
      </w:pPr>
      <w:rPr>
        <w:rFonts w:ascii="Courier New" w:hAnsi="Courier New" w:hint="default"/>
      </w:rPr>
    </w:lvl>
    <w:lvl w:ilvl="5" w:tplc="F9C6B47A">
      <w:start w:val="1"/>
      <w:numFmt w:val="bullet"/>
      <w:lvlText w:val=""/>
      <w:lvlJc w:val="left"/>
      <w:pPr>
        <w:ind w:left="4320" w:hanging="360"/>
      </w:pPr>
      <w:rPr>
        <w:rFonts w:ascii="Wingdings" w:hAnsi="Wingdings" w:hint="default"/>
      </w:rPr>
    </w:lvl>
    <w:lvl w:ilvl="6" w:tplc="39641968">
      <w:start w:val="1"/>
      <w:numFmt w:val="bullet"/>
      <w:lvlText w:val=""/>
      <w:lvlJc w:val="left"/>
      <w:pPr>
        <w:ind w:left="5040" w:hanging="360"/>
      </w:pPr>
      <w:rPr>
        <w:rFonts w:ascii="Symbol" w:hAnsi="Symbol" w:hint="default"/>
      </w:rPr>
    </w:lvl>
    <w:lvl w:ilvl="7" w:tplc="0412A9AC">
      <w:start w:val="1"/>
      <w:numFmt w:val="bullet"/>
      <w:lvlText w:val="o"/>
      <w:lvlJc w:val="left"/>
      <w:pPr>
        <w:ind w:left="5760" w:hanging="360"/>
      </w:pPr>
      <w:rPr>
        <w:rFonts w:ascii="Courier New" w:hAnsi="Courier New" w:hint="default"/>
      </w:rPr>
    </w:lvl>
    <w:lvl w:ilvl="8" w:tplc="D46EF68A">
      <w:start w:val="1"/>
      <w:numFmt w:val="bullet"/>
      <w:lvlText w:val=""/>
      <w:lvlJc w:val="left"/>
      <w:pPr>
        <w:ind w:left="6480" w:hanging="360"/>
      </w:pPr>
      <w:rPr>
        <w:rFonts w:ascii="Wingdings" w:hAnsi="Wingdings" w:hint="default"/>
      </w:rPr>
    </w:lvl>
  </w:abstractNum>
  <w:abstractNum w:abstractNumId="25" w15:restartNumberingAfterBreak="0">
    <w:nsid w:val="4FA8E898"/>
    <w:multiLevelType w:val="hybridMultilevel"/>
    <w:tmpl w:val="6F4050E8"/>
    <w:lvl w:ilvl="0" w:tplc="63F2B6FE">
      <w:start w:val="1"/>
      <w:numFmt w:val="bullet"/>
      <w:lvlText w:val=""/>
      <w:lvlJc w:val="left"/>
      <w:pPr>
        <w:ind w:left="720" w:hanging="360"/>
      </w:pPr>
      <w:rPr>
        <w:rFonts w:ascii="Symbol" w:hAnsi="Symbol" w:hint="default"/>
      </w:rPr>
    </w:lvl>
    <w:lvl w:ilvl="1" w:tplc="9C40B22E">
      <w:start w:val="1"/>
      <w:numFmt w:val="bullet"/>
      <w:lvlText w:val="o"/>
      <w:lvlJc w:val="left"/>
      <w:pPr>
        <w:ind w:left="1440" w:hanging="360"/>
      </w:pPr>
      <w:rPr>
        <w:rFonts w:ascii="Courier New" w:hAnsi="Courier New" w:hint="default"/>
      </w:rPr>
    </w:lvl>
    <w:lvl w:ilvl="2" w:tplc="25EE7142">
      <w:start w:val="1"/>
      <w:numFmt w:val="bullet"/>
      <w:lvlText w:val=""/>
      <w:lvlJc w:val="left"/>
      <w:pPr>
        <w:ind w:left="2160" w:hanging="360"/>
      </w:pPr>
      <w:rPr>
        <w:rFonts w:ascii="Wingdings" w:hAnsi="Wingdings" w:hint="default"/>
      </w:rPr>
    </w:lvl>
    <w:lvl w:ilvl="3" w:tplc="77C8BB06">
      <w:start w:val="1"/>
      <w:numFmt w:val="bullet"/>
      <w:lvlText w:val=""/>
      <w:lvlJc w:val="left"/>
      <w:pPr>
        <w:ind w:left="2880" w:hanging="360"/>
      </w:pPr>
      <w:rPr>
        <w:rFonts w:ascii="Symbol" w:hAnsi="Symbol" w:hint="default"/>
      </w:rPr>
    </w:lvl>
    <w:lvl w:ilvl="4" w:tplc="583C4EAE">
      <w:start w:val="1"/>
      <w:numFmt w:val="bullet"/>
      <w:lvlText w:val="o"/>
      <w:lvlJc w:val="left"/>
      <w:pPr>
        <w:ind w:left="3600" w:hanging="360"/>
      </w:pPr>
      <w:rPr>
        <w:rFonts w:ascii="Courier New" w:hAnsi="Courier New" w:hint="default"/>
      </w:rPr>
    </w:lvl>
    <w:lvl w:ilvl="5" w:tplc="013EFC96">
      <w:start w:val="1"/>
      <w:numFmt w:val="bullet"/>
      <w:lvlText w:val=""/>
      <w:lvlJc w:val="left"/>
      <w:pPr>
        <w:ind w:left="4320" w:hanging="360"/>
      </w:pPr>
      <w:rPr>
        <w:rFonts w:ascii="Wingdings" w:hAnsi="Wingdings" w:hint="default"/>
      </w:rPr>
    </w:lvl>
    <w:lvl w:ilvl="6" w:tplc="C7D4A4F4">
      <w:start w:val="1"/>
      <w:numFmt w:val="bullet"/>
      <w:lvlText w:val=""/>
      <w:lvlJc w:val="left"/>
      <w:pPr>
        <w:ind w:left="5040" w:hanging="360"/>
      </w:pPr>
      <w:rPr>
        <w:rFonts w:ascii="Symbol" w:hAnsi="Symbol" w:hint="default"/>
      </w:rPr>
    </w:lvl>
    <w:lvl w:ilvl="7" w:tplc="9ADA11B4">
      <w:start w:val="1"/>
      <w:numFmt w:val="bullet"/>
      <w:lvlText w:val="o"/>
      <w:lvlJc w:val="left"/>
      <w:pPr>
        <w:ind w:left="5760" w:hanging="360"/>
      </w:pPr>
      <w:rPr>
        <w:rFonts w:ascii="Courier New" w:hAnsi="Courier New" w:hint="default"/>
      </w:rPr>
    </w:lvl>
    <w:lvl w:ilvl="8" w:tplc="9B1E6052">
      <w:start w:val="1"/>
      <w:numFmt w:val="bullet"/>
      <w:lvlText w:val=""/>
      <w:lvlJc w:val="left"/>
      <w:pPr>
        <w:ind w:left="6480" w:hanging="360"/>
      </w:pPr>
      <w:rPr>
        <w:rFonts w:ascii="Wingdings" w:hAnsi="Wingdings" w:hint="default"/>
      </w:rPr>
    </w:lvl>
  </w:abstractNum>
  <w:abstractNum w:abstractNumId="26" w15:restartNumberingAfterBreak="0">
    <w:nsid w:val="5475B598"/>
    <w:multiLevelType w:val="hybridMultilevel"/>
    <w:tmpl w:val="134C936E"/>
    <w:lvl w:ilvl="0" w:tplc="759A3816">
      <w:start w:val="1"/>
      <w:numFmt w:val="decimal"/>
      <w:lvlText w:val="%1."/>
      <w:lvlJc w:val="left"/>
      <w:pPr>
        <w:ind w:left="720" w:hanging="360"/>
      </w:pPr>
    </w:lvl>
    <w:lvl w:ilvl="1" w:tplc="ECEA7DAE">
      <w:start w:val="1"/>
      <w:numFmt w:val="lowerLetter"/>
      <w:lvlText w:val="%2."/>
      <w:lvlJc w:val="left"/>
      <w:pPr>
        <w:ind w:left="1440" w:hanging="360"/>
      </w:pPr>
    </w:lvl>
    <w:lvl w:ilvl="2" w:tplc="0D0E1FAA">
      <w:start w:val="1"/>
      <w:numFmt w:val="lowerRoman"/>
      <w:lvlText w:val="%3."/>
      <w:lvlJc w:val="right"/>
      <w:pPr>
        <w:ind w:left="2160" w:hanging="180"/>
      </w:pPr>
    </w:lvl>
    <w:lvl w:ilvl="3" w:tplc="24A89D9E">
      <w:start w:val="1"/>
      <w:numFmt w:val="decimal"/>
      <w:lvlText w:val="%4."/>
      <w:lvlJc w:val="left"/>
      <w:pPr>
        <w:ind w:left="2880" w:hanging="360"/>
      </w:pPr>
    </w:lvl>
    <w:lvl w:ilvl="4" w:tplc="397000D2">
      <w:start w:val="1"/>
      <w:numFmt w:val="lowerLetter"/>
      <w:lvlText w:val="%5."/>
      <w:lvlJc w:val="left"/>
      <w:pPr>
        <w:ind w:left="3600" w:hanging="360"/>
      </w:pPr>
    </w:lvl>
    <w:lvl w:ilvl="5" w:tplc="EA148A50">
      <w:start w:val="1"/>
      <w:numFmt w:val="lowerRoman"/>
      <w:lvlText w:val="%6."/>
      <w:lvlJc w:val="right"/>
      <w:pPr>
        <w:ind w:left="4320" w:hanging="180"/>
      </w:pPr>
    </w:lvl>
    <w:lvl w:ilvl="6" w:tplc="C00055E0">
      <w:start w:val="1"/>
      <w:numFmt w:val="decimal"/>
      <w:lvlText w:val="%7."/>
      <w:lvlJc w:val="left"/>
      <w:pPr>
        <w:ind w:left="5040" w:hanging="360"/>
      </w:pPr>
    </w:lvl>
    <w:lvl w:ilvl="7" w:tplc="CCB60728">
      <w:start w:val="1"/>
      <w:numFmt w:val="lowerLetter"/>
      <w:lvlText w:val="%8."/>
      <w:lvlJc w:val="left"/>
      <w:pPr>
        <w:ind w:left="5760" w:hanging="360"/>
      </w:pPr>
    </w:lvl>
    <w:lvl w:ilvl="8" w:tplc="F566FE54">
      <w:start w:val="1"/>
      <w:numFmt w:val="lowerRoman"/>
      <w:lvlText w:val="%9."/>
      <w:lvlJc w:val="right"/>
      <w:pPr>
        <w:ind w:left="6480" w:hanging="180"/>
      </w:pPr>
    </w:lvl>
  </w:abstractNum>
  <w:abstractNum w:abstractNumId="27" w15:restartNumberingAfterBreak="0">
    <w:nsid w:val="553A329F"/>
    <w:multiLevelType w:val="hybridMultilevel"/>
    <w:tmpl w:val="A6326DB8"/>
    <w:lvl w:ilvl="0" w:tplc="B7FAA1BC">
      <w:start w:val="1"/>
      <w:numFmt w:val="bullet"/>
      <w:lvlText w:val=""/>
      <w:lvlJc w:val="left"/>
      <w:pPr>
        <w:ind w:left="720" w:hanging="360"/>
      </w:pPr>
      <w:rPr>
        <w:rFonts w:ascii="Symbol" w:hAnsi="Symbol" w:hint="default"/>
      </w:rPr>
    </w:lvl>
    <w:lvl w:ilvl="1" w:tplc="32CC404A">
      <w:start w:val="1"/>
      <w:numFmt w:val="bullet"/>
      <w:lvlText w:val="o"/>
      <w:lvlJc w:val="left"/>
      <w:pPr>
        <w:ind w:left="1440" w:hanging="360"/>
      </w:pPr>
      <w:rPr>
        <w:rFonts w:ascii="Courier New" w:hAnsi="Courier New" w:hint="default"/>
      </w:rPr>
    </w:lvl>
    <w:lvl w:ilvl="2" w:tplc="B1EADBD2">
      <w:start w:val="1"/>
      <w:numFmt w:val="bullet"/>
      <w:lvlText w:val=""/>
      <w:lvlJc w:val="left"/>
      <w:pPr>
        <w:ind w:left="2160" w:hanging="360"/>
      </w:pPr>
      <w:rPr>
        <w:rFonts w:ascii="Wingdings" w:hAnsi="Wingdings" w:hint="default"/>
      </w:rPr>
    </w:lvl>
    <w:lvl w:ilvl="3" w:tplc="B7BAFFE2">
      <w:start w:val="1"/>
      <w:numFmt w:val="bullet"/>
      <w:lvlText w:val=""/>
      <w:lvlJc w:val="left"/>
      <w:pPr>
        <w:ind w:left="2880" w:hanging="360"/>
      </w:pPr>
      <w:rPr>
        <w:rFonts w:ascii="Symbol" w:hAnsi="Symbol" w:hint="default"/>
      </w:rPr>
    </w:lvl>
    <w:lvl w:ilvl="4" w:tplc="471206BC">
      <w:start w:val="1"/>
      <w:numFmt w:val="bullet"/>
      <w:lvlText w:val="o"/>
      <w:lvlJc w:val="left"/>
      <w:pPr>
        <w:ind w:left="3600" w:hanging="360"/>
      </w:pPr>
      <w:rPr>
        <w:rFonts w:ascii="Courier New" w:hAnsi="Courier New" w:hint="default"/>
      </w:rPr>
    </w:lvl>
    <w:lvl w:ilvl="5" w:tplc="B038E754">
      <w:start w:val="1"/>
      <w:numFmt w:val="bullet"/>
      <w:lvlText w:val=""/>
      <w:lvlJc w:val="left"/>
      <w:pPr>
        <w:ind w:left="4320" w:hanging="360"/>
      </w:pPr>
      <w:rPr>
        <w:rFonts w:ascii="Wingdings" w:hAnsi="Wingdings" w:hint="default"/>
      </w:rPr>
    </w:lvl>
    <w:lvl w:ilvl="6" w:tplc="1154454A">
      <w:start w:val="1"/>
      <w:numFmt w:val="bullet"/>
      <w:lvlText w:val=""/>
      <w:lvlJc w:val="left"/>
      <w:pPr>
        <w:ind w:left="5040" w:hanging="360"/>
      </w:pPr>
      <w:rPr>
        <w:rFonts w:ascii="Symbol" w:hAnsi="Symbol" w:hint="default"/>
      </w:rPr>
    </w:lvl>
    <w:lvl w:ilvl="7" w:tplc="92401FF6">
      <w:start w:val="1"/>
      <w:numFmt w:val="bullet"/>
      <w:lvlText w:val="o"/>
      <w:lvlJc w:val="left"/>
      <w:pPr>
        <w:ind w:left="5760" w:hanging="360"/>
      </w:pPr>
      <w:rPr>
        <w:rFonts w:ascii="Courier New" w:hAnsi="Courier New" w:hint="default"/>
      </w:rPr>
    </w:lvl>
    <w:lvl w:ilvl="8" w:tplc="657CD26A">
      <w:start w:val="1"/>
      <w:numFmt w:val="bullet"/>
      <w:lvlText w:val=""/>
      <w:lvlJc w:val="left"/>
      <w:pPr>
        <w:ind w:left="6480" w:hanging="360"/>
      </w:pPr>
      <w:rPr>
        <w:rFonts w:ascii="Wingdings" w:hAnsi="Wingdings" w:hint="default"/>
      </w:rPr>
    </w:lvl>
  </w:abstractNum>
  <w:abstractNum w:abstractNumId="28" w15:restartNumberingAfterBreak="0">
    <w:nsid w:val="56C6284E"/>
    <w:multiLevelType w:val="hybridMultilevel"/>
    <w:tmpl w:val="6D84EF22"/>
    <w:lvl w:ilvl="0" w:tplc="98F8E8FA">
      <w:start w:val="6"/>
      <w:numFmt w:val="decimal"/>
      <w:lvlText w:val="%1."/>
      <w:lvlJc w:val="left"/>
      <w:pPr>
        <w:ind w:left="720" w:hanging="360"/>
      </w:pPr>
    </w:lvl>
    <w:lvl w:ilvl="1" w:tplc="4CB4F940">
      <w:start w:val="1"/>
      <w:numFmt w:val="lowerLetter"/>
      <w:lvlText w:val="%2."/>
      <w:lvlJc w:val="left"/>
      <w:pPr>
        <w:ind w:left="1440" w:hanging="360"/>
      </w:pPr>
    </w:lvl>
    <w:lvl w:ilvl="2" w:tplc="C2DAAD32">
      <w:start w:val="1"/>
      <w:numFmt w:val="lowerRoman"/>
      <w:lvlText w:val="%3."/>
      <w:lvlJc w:val="right"/>
      <w:pPr>
        <w:ind w:left="2160" w:hanging="180"/>
      </w:pPr>
    </w:lvl>
    <w:lvl w:ilvl="3" w:tplc="C4D81590">
      <w:start w:val="1"/>
      <w:numFmt w:val="decimal"/>
      <w:lvlText w:val="%4."/>
      <w:lvlJc w:val="left"/>
      <w:pPr>
        <w:ind w:left="2880" w:hanging="360"/>
      </w:pPr>
    </w:lvl>
    <w:lvl w:ilvl="4" w:tplc="BA0E3A2C">
      <w:start w:val="1"/>
      <w:numFmt w:val="lowerLetter"/>
      <w:lvlText w:val="%5."/>
      <w:lvlJc w:val="left"/>
      <w:pPr>
        <w:ind w:left="3600" w:hanging="360"/>
      </w:pPr>
    </w:lvl>
    <w:lvl w:ilvl="5" w:tplc="FC40D75C">
      <w:start w:val="1"/>
      <w:numFmt w:val="lowerRoman"/>
      <w:lvlText w:val="%6."/>
      <w:lvlJc w:val="right"/>
      <w:pPr>
        <w:ind w:left="4320" w:hanging="180"/>
      </w:pPr>
    </w:lvl>
    <w:lvl w:ilvl="6" w:tplc="62A4A9AA">
      <w:start w:val="1"/>
      <w:numFmt w:val="decimal"/>
      <w:lvlText w:val="%7."/>
      <w:lvlJc w:val="left"/>
      <w:pPr>
        <w:ind w:left="5040" w:hanging="360"/>
      </w:pPr>
    </w:lvl>
    <w:lvl w:ilvl="7" w:tplc="7E6A4036">
      <w:start w:val="1"/>
      <w:numFmt w:val="lowerLetter"/>
      <w:lvlText w:val="%8."/>
      <w:lvlJc w:val="left"/>
      <w:pPr>
        <w:ind w:left="5760" w:hanging="360"/>
      </w:pPr>
    </w:lvl>
    <w:lvl w:ilvl="8" w:tplc="BD3E714C">
      <w:start w:val="1"/>
      <w:numFmt w:val="lowerRoman"/>
      <w:lvlText w:val="%9."/>
      <w:lvlJc w:val="right"/>
      <w:pPr>
        <w:ind w:left="6480" w:hanging="180"/>
      </w:pPr>
    </w:lvl>
  </w:abstractNum>
  <w:abstractNum w:abstractNumId="29" w15:restartNumberingAfterBreak="0">
    <w:nsid w:val="5E462943"/>
    <w:multiLevelType w:val="hybridMultilevel"/>
    <w:tmpl w:val="FB3CCDC2"/>
    <w:lvl w:ilvl="0" w:tplc="2FF4FD80">
      <w:start w:val="1"/>
      <w:numFmt w:val="bullet"/>
      <w:lvlText w:val=""/>
      <w:lvlJc w:val="left"/>
      <w:pPr>
        <w:ind w:left="720" w:hanging="360"/>
      </w:pPr>
      <w:rPr>
        <w:rFonts w:ascii="Symbol" w:hAnsi="Symbol" w:hint="default"/>
      </w:rPr>
    </w:lvl>
    <w:lvl w:ilvl="1" w:tplc="E2EE4720">
      <w:start w:val="1"/>
      <w:numFmt w:val="bullet"/>
      <w:lvlText w:val="o"/>
      <w:lvlJc w:val="left"/>
      <w:pPr>
        <w:ind w:left="1440" w:hanging="360"/>
      </w:pPr>
      <w:rPr>
        <w:rFonts w:ascii="Courier New" w:hAnsi="Courier New" w:hint="default"/>
      </w:rPr>
    </w:lvl>
    <w:lvl w:ilvl="2" w:tplc="16DC4DE2">
      <w:start w:val="1"/>
      <w:numFmt w:val="bullet"/>
      <w:lvlText w:val=""/>
      <w:lvlJc w:val="left"/>
      <w:pPr>
        <w:ind w:left="2160" w:hanging="360"/>
      </w:pPr>
      <w:rPr>
        <w:rFonts w:ascii="Wingdings" w:hAnsi="Wingdings" w:hint="default"/>
      </w:rPr>
    </w:lvl>
    <w:lvl w:ilvl="3" w:tplc="3DA8AD70">
      <w:start w:val="1"/>
      <w:numFmt w:val="bullet"/>
      <w:lvlText w:val=""/>
      <w:lvlJc w:val="left"/>
      <w:pPr>
        <w:ind w:left="2880" w:hanging="360"/>
      </w:pPr>
      <w:rPr>
        <w:rFonts w:ascii="Symbol" w:hAnsi="Symbol" w:hint="default"/>
      </w:rPr>
    </w:lvl>
    <w:lvl w:ilvl="4" w:tplc="109C9052">
      <w:start w:val="1"/>
      <w:numFmt w:val="bullet"/>
      <w:lvlText w:val="o"/>
      <w:lvlJc w:val="left"/>
      <w:pPr>
        <w:ind w:left="3600" w:hanging="360"/>
      </w:pPr>
      <w:rPr>
        <w:rFonts w:ascii="Courier New" w:hAnsi="Courier New" w:hint="default"/>
      </w:rPr>
    </w:lvl>
    <w:lvl w:ilvl="5" w:tplc="0A8605C6">
      <w:start w:val="1"/>
      <w:numFmt w:val="bullet"/>
      <w:lvlText w:val=""/>
      <w:lvlJc w:val="left"/>
      <w:pPr>
        <w:ind w:left="4320" w:hanging="360"/>
      </w:pPr>
      <w:rPr>
        <w:rFonts w:ascii="Wingdings" w:hAnsi="Wingdings" w:hint="default"/>
      </w:rPr>
    </w:lvl>
    <w:lvl w:ilvl="6" w:tplc="D5FEF37E">
      <w:start w:val="1"/>
      <w:numFmt w:val="bullet"/>
      <w:lvlText w:val=""/>
      <w:lvlJc w:val="left"/>
      <w:pPr>
        <w:ind w:left="5040" w:hanging="360"/>
      </w:pPr>
      <w:rPr>
        <w:rFonts w:ascii="Symbol" w:hAnsi="Symbol" w:hint="default"/>
      </w:rPr>
    </w:lvl>
    <w:lvl w:ilvl="7" w:tplc="EA9AC3DA">
      <w:start w:val="1"/>
      <w:numFmt w:val="bullet"/>
      <w:lvlText w:val="o"/>
      <w:lvlJc w:val="left"/>
      <w:pPr>
        <w:ind w:left="5760" w:hanging="360"/>
      </w:pPr>
      <w:rPr>
        <w:rFonts w:ascii="Courier New" w:hAnsi="Courier New" w:hint="default"/>
      </w:rPr>
    </w:lvl>
    <w:lvl w:ilvl="8" w:tplc="3DEACDA2">
      <w:start w:val="1"/>
      <w:numFmt w:val="bullet"/>
      <w:lvlText w:val=""/>
      <w:lvlJc w:val="left"/>
      <w:pPr>
        <w:ind w:left="6480" w:hanging="360"/>
      </w:pPr>
      <w:rPr>
        <w:rFonts w:ascii="Wingdings" w:hAnsi="Wingdings" w:hint="default"/>
      </w:rPr>
    </w:lvl>
  </w:abstractNum>
  <w:abstractNum w:abstractNumId="30" w15:restartNumberingAfterBreak="0">
    <w:nsid w:val="5F07CC8C"/>
    <w:multiLevelType w:val="hybridMultilevel"/>
    <w:tmpl w:val="71AC5568"/>
    <w:lvl w:ilvl="0" w:tplc="0A5A7948">
      <w:start w:val="1"/>
      <w:numFmt w:val="bullet"/>
      <w:lvlText w:val=""/>
      <w:lvlJc w:val="left"/>
      <w:pPr>
        <w:ind w:left="720" w:hanging="360"/>
      </w:pPr>
      <w:rPr>
        <w:rFonts w:ascii="Symbol" w:hAnsi="Symbol" w:hint="default"/>
      </w:rPr>
    </w:lvl>
    <w:lvl w:ilvl="1" w:tplc="5D86301A">
      <w:start w:val="1"/>
      <w:numFmt w:val="bullet"/>
      <w:lvlText w:val="o"/>
      <w:lvlJc w:val="left"/>
      <w:pPr>
        <w:ind w:left="1440" w:hanging="360"/>
      </w:pPr>
      <w:rPr>
        <w:rFonts w:ascii="Courier New" w:hAnsi="Courier New" w:hint="default"/>
      </w:rPr>
    </w:lvl>
    <w:lvl w:ilvl="2" w:tplc="D5BE802E">
      <w:start w:val="1"/>
      <w:numFmt w:val="bullet"/>
      <w:lvlText w:val=""/>
      <w:lvlJc w:val="left"/>
      <w:pPr>
        <w:ind w:left="2160" w:hanging="360"/>
      </w:pPr>
      <w:rPr>
        <w:rFonts w:ascii="Wingdings" w:hAnsi="Wingdings" w:hint="default"/>
      </w:rPr>
    </w:lvl>
    <w:lvl w:ilvl="3" w:tplc="F6107564">
      <w:start w:val="1"/>
      <w:numFmt w:val="bullet"/>
      <w:lvlText w:val=""/>
      <w:lvlJc w:val="left"/>
      <w:pPr>
        <w:ind w:left="2880" w:hanging="360"/>
      </w:pPr>
      <w:rPr>
        <w:rFonts w:ascii="Symbol" w:hAnsi="Symbol" w:hint="default"/>
      </w:rPr>
    </w:lvl>
    <w:lvl w:ilvl="4" w:tplc="E9E211F4">
      <w:start w:val="1"/>
      <w:numFmt w:val="bullet"/>
      <w:lvlText w:val="o"/>
      <w:lvlJc w:val="left"/>
      <w:pPr>
        <w:ind w:left="3600" w:hanging="360"/>
      </w:pPr>
      <w:rPr>
        <w:rFonts w:ascii="Courier New" w:hAnsi="Courier New" w:hint="default"/>
      </w:rPr>
    </w:lvl>
    <w:lvl w:ilvl="5" w:tplc="27D4738C">
      <w:start w:val="1"/>
      <w:numFmt w:val="bullet"/>
      <w:lvlText w:val=""/>
      <w:lvlJc w:val="left"/>
      <w:pPr>
        <w:ind w:left="4320" w:hanging="360"/>
      </w:pPr>
      <w:rPr>
        <w:rFonts w:ascii="Wingdings" w:hAnsi="Wingdings" w:hint="default"/>
      </w:rPr>
    </w:lvl>
    <w:lvl w:ilvl="6" w:tplc="2A9C12FE">
      <w:start w:val="1"/>
      <w:numFmt w:val="bullet"/>
      <w:lvlText w:val=""/>
      <w:lvlJc w:val="left"/>
      <w:pPr>
        <w:ind w:left="5040" w:hanging="360"/>
      </w:pPr>
      <w:rPr>
        <w:rFonts w:ascii="Symbol" w:hAnsi="Symbol" w:hint="default"/>
      </w:rPr>
    </w:lvl>
    <w:lvl w:ilvl="7" w:tplc="F104B3BC">
      <w:start w:val="1"/>
      <w:numFmt w:val="bullet"/>
      <w:lvlText w:val="o"/>
      <w:lvlJc w:val="left"/>
      <w:pPr>
        <w:ind w:left="5760" w:hanging="360"/>
      </w:pPr>
      <w:rPr>
        <w:rFonts w:ascii="Courier New" w:hAnsi="Courier New" w:hint="default"/>
      </w:rPr>
    </w:lvl>
    <w:lvl w:ilvl="8" w:tplc="B1C2CD72">
      <w:start w:val="1"/>
      <w:numFmt w:val="bullet"/>
      <w:lvlText w:val=""/>
      <w:lvlJc w:val="left"/>
      <w:pPr>
        <w:ind w:left="6480" w:hanging="360"/>
      </w:pPr>
      <w:rPr>
        <w:rFonts w:ascii="Wingdings" w:hAnsi="Wingdings" w:hint="default"/>
      </w:rPr>
    </w:lvl>
  </w:abstractNum>
  <w:abstractNum w:abstractNumId="31" w15:restartNumberingAfterBreak="0">
    <w:nsid w:val="6C610024"/>
    <w:multiLevelType w:val="hybridMultilevel"/>
    <w:tmpl w:val="EBBAFF72"/>
    <w:lvl w:ilvl="0" w:tplc="5A7489EE">
      <w:start w:val="1"/>
      <w:numFmt w:val="bullet"/>
      <w:lvlText w:val=""/>
      <w:lvlJc w:val="left"/>
      <w:pPr>
        <w:ind w:left="720" w:hanging="360"/>
      </w:pPr>
      <w:rPr>
        <w:rFonts w:ascii="Symbol" w:hAnsi="Symbol" w:hint="default"/>
      </w:rPr>
    </w:lvl>
    <w:lvl w:ilvl="1" w:tplc="E52A1B52">
      <w:start w:val="1"/>
      <w:numFmt w:val="bullet"/>
      <w:lvlText w:val="o"/>
      <w:lvlJc w:val="left"/>
      <w:pPr>
        <w:ind w:left="1440" w:hanging="360"/>
      </w:pPr>
      <w:rPr>
        <w:rFonts w:ascii="Courier New" w:hAnsi="Courier New" w:hint="default"/>
      </w:rPr>
    </w:lvl>
    <w:lvl w:ilvl="2" w:tplc="9F588D46">
      <w:start w:val="1"/>
      <w:numFmt w:val="bullet"/>
      <w:lvlText w:val=""/>
      <w:lvlJc w:val="left"/>
      <w:pPr>
        <w:ind w:left="2160" w:hanging="360"/>
      </w:pPr>
      <w:rPr>
        <w:rFonts w:ascii="Wingdings" w:hAnsi="Wingdings" w:hint="default"/>
      </w:rPr>
    </w:lvl>
    <w:lvl w:ilvl="3" w:tplc="2A963D76">
      <w:start w:val="1"/>
      <w:numFmt w:val="bullet"/>
      <w:lvlText w:val=""/>
      <w:lvlJc w:val="left"/>
      <w:pPr>
        <w:ind w:left="2880" w:hanging="360"/>
      </w:pPr>
      <w:rPr>
        <w:rFonts w:ascii="Symbol" w:hAnsi="Symbol" w:hint="default"/>
      </w:rPr>
    </w:lvl>
    <w:lvl w:ilvl="4" w:tplc="4F028744">
      <w:start w:val="1"/>
      <w:numFmt w:val="bullet"/>
      <w:lvlText w:val="o"/>
      <w:lvlJc w:val="left"/>
      <w:pPr>
        <w:ind w:left="3600" w:hanging="360"/>
      </w:pPr>
      <w:rPr>
        <w:rFonts w:ascii="Courier New" w:hAnsi="Courier New" w:hint="default"/>
      </w:rPr>
    </w:lvl>
    <w:lvl w:ilvl="5" w:tplc="C7B40312">
      <w:start w:val="1"/>
      <w:numFmt w:val="bullet"/>
      <w:lvlText w:val=""/>
      <w:lvlJc w:val="left"/>
      <w:pPr>
        <w:ind w:left="4320" w:hanging="360"/>
      </w:pPr>
      <w:rPr>
        <w:rFonts w:ascii="Wingdings" w:hAnsi="Wingdings" w:hint="default"/>
      </w:rPr>
    </w:lvl>
    <w:lvl w:ilvl="6" w:tplc="10AACCEE">
      <w:start w:val="1"/>
      <w:numFmt w:val="bullet"/>
      <w:lvlText w:val=""/>
      <w:lvlJc w:val="left"/>
      <w:pPr>
        <w:ind w:left="5040" w:hanging="360"/>
      </w:pPr>
      <w:rPr>
        <w:rFonts w:ascii="Symbol" w:hAnsi="Symbol" w:hint="default"/>
      </w:rPr>
    </w:lvl>
    <w:lvl w:ilvl="7" w:tplc="7DD85826">
      <w:start w:val="1"/>
      <w:numFmt w:val="bullet"/>
      <w:lvlText w:val="o"/>
      <w:lvlJc w:val="left"/>
      <w:pPr>
        <w:ind w:left="5760" w:hanging="360"/>
      </w:pPr>
      <w:rPr>
        <w:rFonts w:ascii="Courier New" w:hAnsi="Courier New" w:hint="default"/>
      </w:rPr>
    </w:lvl>
    <w:lvl w:ilvl="8" w:tplc="0F442532">
      <w:start w:val="1"/>
      <w:numFmt w:val="bullet"/>
      <w:lvlText w:val=""/>
      <w:lvlJc w:val="left"/>
      <w:pPr>
        <w:ind w:left="6480" w:hanging="360"/>
      </w:pPr>
      <w:rPr>
        <w:rFonts w:ascii="Wingdings" w:hAnsi="Wingdings" w:hint="default"/>
      </w:rPr>
    </w:lvl>
  </w:abstractNum>
  <w:abstractNum w:abstractNumId="32" w15:restartNumberingAfterBreak="0">
    <w:nsid w:val="6C84A970"/>
    <w:multiLevelType w:val="hybridMultilevel"/>
    <w:tmpl w:val="E01635E6"/>
    <w:lvl w:ilvl="0" w:tplc="06123050">
      <w:start w:val="1"/>
      <w:numFmt w:val="decimal"/>
      <w:lvlText w:val="%1."/>
      <w:lvlJc w:val="left"/>
      <w:pPr>
        <w:ind w:left="720" w:hanging="360"/>
      </w:pPr>
    </w:lvl>
    <w:lvl w:ilvl="1" w:tplc="DAF68798">
      <w:start w:val="1"/>
      <w:numFmt w:val="lowerLetter"/>
      <w:lvlText w:val="%2."/>
      <w:lvlJc w:val="left"/>
      <w:pPr>
        <w:ind w:left="1440" w:hanging="360"/>
      </w:pPr>
    </w:lvl>
    <w:lvl w:ilvl="2" w:tplc="743A4D40">
      <w:start w:val="1"/>
      <w:numFmt w:val="lowerRoman"/>
      <w:lvlText w:val="%3."/>
      <w:lvlJc w:val="right"/>
      <w:pPr>
        <w:ind w:left="2160" w:hanging="180"/>
      </w:pPr>
    </w:lvl>
    <w:lvl w:ilvl="3" w:tplc="FA704B5C">
      <w:start w:val="1"/>
      <w:numFmt w:val="decimal"/>
      <w:lvlText w:val="%4."/>
      <w:lvlJc w:val="left"/>
      <w:pPr>
        <w:ind w:left="2880" w:hanging="360"/>
      </w:pPr>
    </w:lvl>
    <w:lvl w:ilvl="4" w:tplc="5CCEDA64">
      <w:start w:val="1"/>
      <w:numFmt w:val="lowerLetter"/>
      <w:lvlText w:val="%5."/>
      <w:lvlJc w:val="left"/>
      <w:pPr>
        <w:ind w:left="3600" w:hanging="360"/>
      </w:pPr>
    </w:lvl>
    <w:lvl w:ilvl="5" w:tplc="BC1623FC">
      <w:start w:val="1"/>
      <w:numFmt w:val="lowerRoman"/>
      <w:lvlText w:val="%6."/>
      <w:lvlJc w:val="right"/>
      <w:pPr>
        <w:ind w:left="4320" w:hanging="180"/>
      </w:pPr>
    </w:lvl>
    <w:lvl w:ilvl="6" w:tplc="C4DCC6F2">
      <w:start w:val="1"/>
      <w:numFmt w:val="decimal"/>
      <w:lvlText w:val="%7."/>
      <w:lvlJc w:val="left"/>
      <w:pPr>
        <w:ind w:left="5040" w:hanging="360"/>
      </w:pPr>
    </w:lvl>
    <w:lvl w:ilvl="7" w:tplc="E0466040">
      <w:start w:val="1"/>
      <w:numFmt w:val="lowerLetter"/>
      <w:lvlText w:val="%8."/>
      <w:lvlJc w:val="left"/>
      <w:pPr>
        <w:ind w:left="5760" w:hanging="360"/>
      </w:pPr>
    </w:lvl>
    <w:lvl w:ilvl="8" w:tplc="E81E5E34">
      <w:start w:val="1"/>
      <w:numFmt w:val="lowerRoman"/>
      <w:lvlText w:val="%9."/>
      <w:lvlJc w:val="right"/>
      <w:pPr>
        <w:ind w:left="6480" w:hanging="180"/>
      </w:pPr>
    </w:lvl>
  </w:abstractNum>
  <w:abstractNum w:abstractNumId="33" w15:restartNumberingAfterBreak="0">
    <w:nsid w:val="73064D77"/>
    <w:multiLevelType w:val="hybridMultilevel"/>
    <w:tmpl w:val="D22C6A02"/>
    <w:lvl w:ilvl="0" w:tplc="4CDAB36E">
      <w:start w:val="1"/>
      <w:numFmt w:val="bullet"/>
      <w:lvlText w:val=""/>
      <w:lvlJc w:val="left"/>
      <w:pPr>
        <w:ind w:left="720" w:hanging="360"/>
      </w:pPr>
      <w:rPr>
        <w:rFonts w:ascii="Symbol" w:hAnsi="Symbol" w:hint="default"/>
      </w:rPr>
    </w:lvl>
    <w:lvl w:ilvl="1" w:tplc="317250C4">
      <w:start w:val="1"/>
      <w:numFmt w:val="bullet"/>
      <w:lvlText w:val="o"/>
      <w:lvlJc w:val="left"/>
      <w:pPr>
        <w:ind w:left="1440" w:hanging="360"/>
      </w:pPr>
      <w:rPr>
        <w:rFonts w:ascii="Courier New" w:hAnsi="Courier New" w:hint="default"/>
      </w:rPr>
    </w:lvl>
    <w:lvl w:ilvl="2" w:tplc="C0F85F6C">
      <w:start w:val="1"/>
      <w:numFmt w:val="bullet"/>
      <w:lvlText w:val=""/>
      <w:lvlJc w:val="left"/>
      <w:pPr>
        <w:ind w:left="2160" w:hanging="360"/>
      </w:pPr>
      <w:rPr>
        <w:rFonts w:ascii="Wingdings" w:hAnsi="Wingdings" w:hint="default"/>
      </w:rPr>
    </w:lvl>
    <w:lvl w:ilvl="3" w:tplc="3A1E1704">
      <w:start w:val="1"/>
      <w:numFmt w:val="bullet"/>
      <w:lvlText w:val=""/>
      <w:lvlJc w:val="left"/>
      <w:pPr>
        <w:ind w:left="2880" w:hanging="360"/>
      </w:pPr>
      <w:rPr>
        <w:rFonts w:ascii="Symbol" w:hAnsi="Symbol" w:hint="default"/>
      </w:rPr>
    </w:lvl>
    <w:lvl w:ilvl="4" w:tplc="4E86D362">
      <w:start w:val="1"/>
      <w:numFmt w:val="bullet"/>
      <w:lvlText w:val="o"/>
      <w:lvlJc w:val="left"/>
      <w:pPr>
        <w:ind w:left="3600" w:hanging="360"/>
      </w:pPr>
      <w:rPr>
        <w:rFonts w:ascii="Courier New" w:hAnsi="Courier New" w:hint="default"/>
      </w:rPr>
    </w:lvl>
    <w:lvl w:ilvl="5" w:tplc="E264CC0C">
      <w:start w:val="1"/>
      <w:numFmt w:val="bullet"/>
      <w:lvlText w:val=""/>
      <w:lvlJc w:val="left"/>
      <w:pPr>
        <w:ind w:left="4320" w:hanging="360"/>
      </w:pPr>
      <w:rPr>
        <w:rFonts w:ascii="Wingdings" w:hAnsi="Wingdings" w:hint="default"/>
      </w:rPr>
    </w:lvl>
    <w:lvl w:ilvl="6" w:tplc="6388D588">
      <w:start w:val="1"/>
      <w:numFmt w:val="bullet"/>
      <w:lvlText w:val=""/>
      <w:lvlJc w:val="left"/>
      <w:pPr>
        <w:ind w:left="5040" w:hanging="360"/>
      </w:pPr>
      <w:rPr>
        <w:rFonts w:ascii="Symbol" w:hAnsi="Symbol" w:hint="default"/>
      </w:rPr>
    </w:lvl>
    <w:lvl w:ilvl="7" w:tplc="447E18FC">
      <w:start w:val="1"/>
      <w:numFmt w:val="bullet"/>
      <w:lvlText w:val="o"/>
      <w:lvlJc w:val="left"/>
      <w:pPr>
        <w:ind w:left="5760" w:hanging="360"/>
      </w:pPr>
      <w:rPr>
        <w:rFonts w:ascii="Courier New" w:hAnsi="Courier New" w:hint="default"/>
      </w:rPr>
    </w:lvl>
    <w:lvl w:ilvl="8" w:tplc="B92A32A2">
      <w:start w:val="1"/>
      <w:numFmt w:val="bullet"/>
      <w:lvlText w:val=""/>
      <w:lvlJc w:val="left"/>
      <w:pPr>
        <w:ind w:left="6480" w:hanging="360"/>
      </w:pPr>
      <w:rPr>
        <w:rFonts w:ascii="Wingdings" w:hAnsi="Wingdings" w:hint="default"/>
      </w:rPr>
    </w:lvl>
  </w:abstractNum>
  <w:abstractNum w:abstractNumId="34" w15:restartNumberingAfterBreak="0">
    <w:nsid w:val="7488A466"/>
    <w:multiLevelType w:val="hybridMultilevel"/>
    <w:tmpl w:val="AF1E96F4"/>
    <w:lvl w:ilvl="0" w:tplc="7B62F2AC">
      <w:start w:val="1"/>
      <w:numFmt w:val="bullet"/>
      <w:lvlText w:val=""/>
      <w:lvlJc w:val="left"/>
      <w:pPr>
        <w:ind w:left="720" w:hanging="360"/>
      </w:pPr>
      <w:rPr>
        <w:rFonts w:ascii="Symbol" w:hAnsi="Symbol" w:hint="default"/>
      </w:rPr>
    </w:lvl>
    <w:lvl w:ilvl="1" w:tplc="47749608">
      <w:start w:val="1"/>
      <w:numFmt w:val="bullet"/>
      <w:lvlText w:val="o"/>
      <w:lvlJc w:val="left"/>
      <w:pPr>
        <w:ind w:left="1440" w:hanging="360"/>
      </w:pPr>
      <w:rPr>
        <w:rFonts w:ascii="Courier New" w:hAnsi="Courier New" w:hint="default"/>
      </w:rPr>
    </w:lvl>
    <w:lvl w:ilvl="2" w:tplc="3224E9C6">
      <w:start w:val="1"/>
      <w:numFmt w:val="bullet"/>
      <w:lvlText w:val=""/>
      <w:lvlJc w:val="left"/>
      <w:pPr>
        <w:ind w:left="2160" w:hanging="360"/>
      </w:pPr>
      <w:rPr>
        <w:rFonts w:ascii="Wingdings" w:hAnsi="Wingdings" w:hint="default"/>
      </w:rPr>
    </w:lvl>
    <w:lvl w:ilvl="3" w:tplc="0EA2DFB0">
      <w:start w:val="1"/>
      <w:numFmt w:val="bullet"/>
      <w:lvlText w:val=""/>
      <w:lvlJc w:val="left"/>
      <w:pPr>
        <w:ind w:left="2880" w:hanging="360"/>
      </w:pPr>
      <w:rPr>
        <w:rFonts w:ascii="Symbol" w:hAnsi="Symbol" w:hint="default"/>
      </w:rPr>
    </w:lvl>
    <w:lvl w:ilvl="4" w:tplc="0548E0BE">
      <w:start w:val="1"/>
      <w:numFmt w:val="bullet"/>
      <w:lvlText w:val="o"/>
      <w:lvlJc w:val="left"/>
      <w:pPr>
        <w:ind w:left="3600" w:hanging="360"/>
      </w:pPr>
      <w:rPr>
        <w:rFonts w:ascii="Courier New" w:hAnsi="Courier New" w:hint="default"/>
      </w:rPr>
    </w:lvl>
    <w:lvl w:ilvl="5" w:tplc="59E0437E">
      <w:start w:val="1"/>
      <w:numFmt w:val="bullet"/>
      <w:lvlText w:val=""/>
      <w:lvlJc w:val="left"/>
      <w:pPr>
        <w:ind w:left="4320" w:hanging="360"/>
      </w:pPr>
      <w:rPr>
        <w:rFonts w:ascii="Wingdings" w:hAnsi="Wingdings" w:hint="default"/>
      </w:rPr>
    </w:lvl>
    <w:lvl w:ilvl="6" w:tplc="9EF0D92C">
      <w:start w:val="1"/>
      <w:numFmt w:val="bullet"/>
      <w:lvlText w:val=""/>
      <w:lvlJc w:val="left"/>
      <w:pPr>
        <w:ind w:left="5040" w:hanging="360"/>
      </w:pPr>
      <w:rPr>
        <w:rFonts w:ascii="Symbol" w:hAnsi="Symbol" w:hint="default"/>
      </w:rPr>
    </w:lvl>
    <w:lvl w:ilvl="7" w:tplc="0A142574">
      <w:start w:val="1"/>
      <w:numFmt w:val="bullet"/>
      <w:lvlText w:val="o"/>
      <w:lvlJc w:val="left"/>
      <w:pPr>
        <w:ind w:left="5760" w:hanging="360"/>
      </w:pPr>
      <w:rPr>
        <w:rFonts w:ascii="Courier New" w:hAnsi="Courier New" w:hint="default"/>
      </w:rPr>
    </w:lvl>
    <w:lvl w:ilvl="8" w:tplc="2A9C287C">
      <w:start w:val="1"/>
      <w:numFmt w:val="bullet"/>
      <w:lvlText w:val=""/>
      <w:lvlJc w:val="left"/>
      <w:pPr>
        <w:ind w:left="6480" w:hanging="360"/>
      </w:pPr>
      <w:rPr>
        <w:rFonts w:ascii="Wingdings" w:hAnsi="Wingdings" w:hint="default"/>
      </w:rPr>
    </w:lvl>
  </w:abstractNum>
  <w:abstractNum w:abstractNumId="35" w15:restartNumberingAfterBreak="0">
    <w:nsid w:val="77280D10"/>
    <w:multiLevelType w:val="hybridMultilevel"/>
    <w:tmpl w:val="29B0BA54"/>
    <w:lvl w:ilvl="0" w:tplc="B2281D94">
      <w:start w:val="1"/>
      <w:numFmt w:val="bullet"/>
      <w:lvlText w:val=""/>
      <w:lvlJc w:val="left"/>
      <w:pPr>
        <w:ind w:left="720" w:hanging="360"/>
      </w:pPr>
      <w:rPr>
        <w:rFonts w:ascii="Symbol" w:hAnsi="Symbol" w:hint="default"/>
      </w:rPr>
    </w:lvl>
    <w:lvl w:ilvl="1" w:tplc="1D1E55A4">
      <w:start w:val="1"/>
      <w:numFmt w:val="bullet"/>
      <w:lvlText w:val="o"/>
      <w:lvlJc w:val="left"/>
      <w:pPr>
        <w:ind w:left="1440" w:hanging="360"/>
      </w:pPr>
      <w:rPr>
        <w:rFonts w:ascii="Courier New" w:hAnsi="Courier New" w:hint="default"/>
      </w:rPr>
    </w:lvl>
    <w:lvl w:ilvl="2" w:tplc="D778C8D8">
      <w:start w:val="1"/>
      <w:numFmt w:val="bullet"/>
      <w:lvlText w:val=""/>
      <w:lvlJc w:val="left"/>
      <w:pPr>
        <w:ind w:left="2160" w:hanging="360"/>
      </w:pPr>
      <w:rPr>
        <w:rFonts w:ascii="Wingdings" w:hAnsi="Wingdings" w:hint="default"/>
      </w:rPr>
    </w:lvl>
    <w:lvl w:ilvl="3" w:tplc="BE207D3E">
      <w:start w:val="1"/>
      <w:numFmt w:val="bullet"/>
      <w:lvlText w:val=""/>
      <w:lvlJc w:val="left"/>
      <w:pPr>
        <w:ind w:left="2880" w:hanging="360"/>
      </w:pPr>
      <w:rPr>
        <w:rFonts w:ascii="Symbol" w:hAnsi="Symbol" w:hint="default"/>
      </w:rPr>
    </w:lvl>
    <w:lvl w:ilvl="4" w:tplc="12F81B00">
      <w:start w:val="1"/>
      <w:numFmt w:val="bullet"/>
      <w:lvlText w:val="o"/>
      <w:lvlJc w:val="left"/>
      <w:pPr>
        <w:ind w:left="3600" w:hanging="360"/>
      </w:pPr>
      <w:rPr>
        <w:rFonts w:ascii="Courier New" w:hAnsi="Courier New" w:hint="default"/>
      </w:rPr>
    </w:lvl>
    <w:lvl w:ilvl="5" w:tplc="557A904A">
      <w:start w:val="1"/>
      <w:numFmt w:val="bullet"/>
      <w:lvlText w:val=""/>
      <w:lvlJc w:val="left"/>
      <w:pPr>
        <w:ind w:left="4320" w:hanging="360"/>
      </w:pPr>
      <w:rPr>
        <w:rFonts w:ascii="Wingdings" w:hAnsi="Wingdings" w:hint="default"/>
      </w:rPr>
    </w:lvl>
    <w:lvl w:ilvl="6" w:tplc="D480BFEA">
      <w:start w:val="1"/>
      <w:numFmt w:val="bullet"/>
      <w:lvlText w:val=""/>
      <w:lvlJc w:val="left"/>
      <w:pPr>
        <w:ind w:left="5040" w:hanging="360"/>
      </w:pPr>
      <w:rPr>
        <w:rFonts w:ascii="Symbol" w:hAnsi="Symbol" w:hint="default"/>
      </w:rPr>
    </w:lvl>
    <w:lvl w:ilvl="7" w:tplc="2E84DD24">
      <w:start w:val="1"/>
      <w:numFmt w:val="bullet"/>
      <w:lvlText w:val="o"/>
      <w:lvlJc w:val="left"/>
      <w:pPr>
        <w:ind w:left="5760" w:hanging="360"/>
      </w:pPr>
      <w:rPr>
        <w:rFonts w:ascii="Courier New" w:hAnsi="Courier New" w:hint="default"/>
      </w:rPr>
    </w:lvl>
    <w:lvl w:ilvl="8" w:tplc="459A976A">
      <w:start w:val="1"/>
      <w:numFmt w:val="bullet"/>
      <w:lvlText w:val=""/>
      <w:lvlJc w:val="left"/>
      <w:pPr>
        <w:ind w:left="6480" w:hanging="360"/>
      </w:pPr>
      <w:rPr>
        <w:rFonts w:ascii="Wingdings" w:hAnsi="Wingdings" w:hint="default"/>
      </w:rPr>
    </w:lvl>
  </w:abstractNum>
  <w:abstractNum w:abstractNumId="36" w15:restartNumberingAfterBreak="0">
    <w:nsid w:val="78900B1B"/>
    <w:multiLevelType w:val="hybridMultilevel"/>
    <w:tmpl w:val="3D7C427E"/>
    <w:lvl w:ilvl="0" w:tplc="4656CC82">
      <w:start w:val="1"/>
      <w:numFmt w:val="bullet"/>
      <w:lvlText w:val=""/>
      <w:lvlJc w:val="left"/>
      <w:pPr>
        <w:ind w:left="720" w:hanging="360"/>
      </w:pPr>
      <w:rPr>
        <w:rFonts w:ascii="Symbol" w:hAnsi="Symbol" w:hint="default"/>
      </w:rPr>
    </w:lvl>
    <w:lvl w:ilvl="1" w:tplc="36B05ADE">
      <w:start w:val="1"/>
      <w:numFmt w:val="bullet"/>
      <w:lvlText w:val="o"/>
      <w:lvlJc w:val="left"/>
      <w:pPr>
        <w:ind w:left="1440" w:hanging="360"/>
      </w:pPr>
      <w:rPr>
        <w:rFonts w:ascii="Courier New" w:hAnsi="Courier New" w:hint="default"/>
      </w:rPr>
    </w:lvl>
    <w:lvl w:ilvl="2" w:tplc="807C872C">
      <w:start w:val="1"/>
      <w:numFmt w:val="bullet"/>
      <w:lvlText w:val=""/>
      <w:lvlJc w:val="left"/>
      <w:pPr>
        <w:ind w:left="2160" w:hanging="360"/>
      </w:pPr>
      <w:rPr>
        <w:rFonts w:ascii="Wingdings" w:hAnsi="Wingdings" w:hint="default"/>
      </w:rPr>
    </w:lvl>
    <w:lvl w:ilvl="3" w:tplc="1FA66904">
      <w:start w:val="1"/>
      <w:numFmt w:val="bullet"/>
      <w:lvlText w:val=""/>
      <w:lvlJc w:val="left"/>
      <w:pPr>
        <w:ind w:left="2880" w:hanging="360"/>
      </w:pPr>
      <w:rPr>
        <w:rFonts w:ascii="Symbol" w:hAnsi="Symbol" w:hint="default"/>
      </w:rPr>
    </w:lvl>
    <w:lvl w:ilvl="4" w:tplc="2A068DF2">
      <w:start w:val="1"/>
      <w:numFmt w:val="bullet"/>
      <w:lvlText w:val="o"/>
      <w:lvlJc w:val="left"/>
      <w:pPr>
        <w:ind w:left="3600" w:hanging="360"/>
      </w:pPr>
      <w:rPr>
        <w:rFonts w:ascii="Courier New" w:hAnsi="Courier New" w:hint="default"/>
      </w:rPr>
    </w:lvl>
    <w:lvl w:ilvl="5" w:tplc="0F5A5E6E">
      <w:start w:val="1"/>
      <w:numFmt w:val="bullet"/>
      <w:lvlText w:val=""/>
      <w:lvlJc w:val="left"/>
      <w:pPr>
        <w:ind w:left="4320" w:hanging="360"/>
      </w:pPr>
      <w:rPr>
        <w:rFonts w:ascii="Wingdings" w:hAnsi="Wingdings" w:hint="default"/>
      </w:rPr>
    </w:lvl>
    <w:lvl w:ilvl="6" w:tplc="1F0A2118">
      <w:start w:val="1"/>
      <w:numFmt w:val="bullet"/>
      <w:lvlText w:val=""/>
      <w:lvlJc w:val="left"/>
      <w:pPr>
        <w:ind w:left="5040" w:hanging="360"/>
      </w:pPr>
      <w:rPr>
        <w:rFonts w:ascii="Symbol" w:hAnsi="Symbol" w:hint="default"/>
      </w:rPr>
    </w:lvl>
    <w:lvl w:ilvl="7" w:tplc="11D2054E">
      <w:start w:val="1"/>
      <w:numFmt w:val="bullet"/>
      <w:lvlText w:val="o"/>
      <w:lvlJc w:val="left"/>
      <w:pPr>
        <w:ind w:left="5760" w:hanging="360"/>
      </w:pPr>
      <w:rPr>
        <w:rFonts w:ascii="Courier New" w:hAnsi="Courier New" w:hint="default"/>
      </w:rPr>
    </w:lvl>
    <w:lvl w:ilvl="8" w:tplc="D458F022">
      <w:start w:val="1"/>
      <w:numFmt w:val="bullet"/>
      <w:lvlText w:val=""/>
      <w:lvlJc w:val="left"/>
      <w:pPr>
        <w:ind w:left="6480" w:hanging="360"/>
      </w:pPr>
      <w:rPr>
        <w:rFonts w:ascii="Wingdings" w:hAnsi="Wingdings" w:hint="default"/>
      </w:rPr>
    </w:lvl>
  </w:abstractNum>
  <w:num w:numId="1" w16cid:durableId="333919281">
    <w:abstractNumId w:val="28"/>
  </w:num>
  <w:num w:numId="2" w16cid:durableId="1708064933">
    <w:abstractNumId w:val="19"/>
  </w:num>
  <w:num w:numId="3" w16cid:durableId="635647839">
    <w:abstractNumId w:val="25"/>
  </w:num>
  <w:num w:numId="4" w16cid:durableId="332531364">
    <w:abstractNumId w:val="33"/>
  </w:num>
  <w:num w:numId="5" w16cid:durableId="1268198462">
    <w:abstractNumId w:val="12"/>
  </w:num>
  <w:num w:numId="6" w16cid:durableId="1728069668">
    <w:abstractNumId w:val="13"/>
  </w:num>
  <w:num w:numId="7" w16cid:durableId="2080865071">
    <w:abstractNumId w:val="35"/>
  </w:num>
  <w:num w:numId="8" w16cid:durableId="1426340044">
    <w:abstractNumId w:val="31"/>
  </w:num>
  <w:num w:numId="9" w16cid:durableId="1218011550">
    <w:abstractNumId w:val="36"/>
  </w:num>
  <w:num w:numId="10" w16cid:durableId="752551455">
    <w:abstractNumId w:val="20"/>
  </w:num>
  <w:num w:numId="11" w16cid:durableId="1598518796">
    <w:abstractNumId w:val="24"/>
  </w:num>
  <w:num w:numId="12" w16cid:durableId="2014606020">
    <w:abstractNumId w:val="32"/>
  </w:num>
  <w:num w:numId="13" w16cid:durableId="1730421454">
    <w:abstractNumId w:val="10"/>
  </w:num>
  <w:num w:numId="14" w16cid:durableId="662195821">
    <w:abstractNumId w:val="14"/>
  </w:num>
  <w:num w:numId="15" w16cid:durableId="1119297198">
    <w:abstractNumId w:val="29"/>
  </w:num>
  <w:num w:numId="16" w16cid:durableId="1265067324">
    <w:abstractNumId w:val="26"/>
  </w:num>
  <w:num w:numId="17" w16cid:durableId="270816952">
    <w:abstractNumId w:val="17"/>
  </w:num>
  <w:num w:numId="18" w16cid:durableId="1694454438">
    <w:abstractNumId w:val="23"/>
  </w:num>
  <w:num w:numId="19" w16cid:durableId="1976830577">
    <w:abstractNumId w:val="34"/>
  </w:num>
  <w:num w:numId="20" w16cid:durableId="315188100">
    <w:abstractNumId w:val="22"/>
  </w:num>
  <w:num w:numId="21" w16cid:durableId="1502312172">
    <w:abstractNumId w:val="11"/>
  </w:num>
  <w:num w:numId="22" w16cid:durableId="920215446">
    <w:abstractNumId w:val="16"/>
  </w:num>
  <w:num w:numId="23" w16cid:durableId="1734431741">
    <w:abstractNumId w:val="15"/>
  </w:num>
  <w:num w:numId="24" w16cid:durableId="1294871263">
    <w:abstractNumId w:val="30"/>
  </w:num>
  <w:num w:numId="25" w16cid:durableId="292558619">
    <w:abstractNumId w:val="21"/>
  </w:num>
  <w:num w:numId="26" w16cid:durableId="982008327">
    <w:abstractNumId w:val="18"/>
  </w:num>
  <w:num w:numId="27" w16cid:durableId="1185899504">
    <w:abstractNumId w:val="27"/>
  </w:num>
  <w:num w:numId="28" w16cid:durableId="641665650">
    <w:abstractNumId w:val="9"/>
  </w:num>
  <w:num w:numId="29" w16cid:durableId="607081005">
    <w:abstractNumId w:val="8"/>
  </w:num>
  <w:num w:numId="30" w16cid:durableId="1754815671">
    <w:abstractNumId w:val="6"/>
  </w:num>
  <w:num w:numId="31" w16cid:durableId="1359624314">
    <w:abstractNumId w:val="5"/>
  </w:num>
  <w:num w:numId="32" w16cid:durableId="2077386645">
    <w:abstractNumId w:val="4"/>
  </w:num>
  <w:num w:numId="33" w16cid:durableId="628315935">
    <w:abstractNumId w:val="7"/>
  </w:num>
  <w:num w:numId="34" w16cid:durableId="636302330">
    <w:abstractNumId w:val="3"/>
  </w:num>
  <w:num w:numId="35" w16cid:durableId="1421100774">
    <w:abstractNumId w:val="2"/>
  </w:num>
  <w:num w:numId="36" w16cid:durableId="979578818">
    <w:abstractNumId w:val="1"/>
  </w:num>
  <w:num w:numId="37" w16cid:durableId="1712799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027"/>
    <w:rsid w:val="00034616"/>
    <w:rsid w:val="0006063C"/>
    <w:rsid w:val="00140B82"/>
    <w:rsid w:val="0015074B"/>
    <w:rsid w:val="0029639D"/>
    <w:rsid w:val="00326F90"/>
    <w:rsid w:val="00354925"/>
    <w:rsid w:val="00597ACF"/>
    <w:rsid w:val="006E40C8"/>
    <w:rsid w:val="007414BE"/>
    <w:rsid w:val="008513C0"/>
    <w:rsid w:val="008656C6"/>
    <w:rsid w:val="00930BC2"/>
    <w:rsid w:val="00AA1D8D"/>
    <w:rsid w:val="00AD2470"/>
    <w:rsid w:val="00B42F2F"/>
    <w:rsid w:val="00B47730"/>
    <w:rsid w:val="00BF151C"/>
    <w:rsid w:val="00C30221"/>
    <w:rsid w:val="00C34A02"/>
    <w:rsid w:val="00C97E87"/>
    <w:rsid w:val="00CB0664"/>
    <w:rsid w:val="00CBEAE7"/>
    <w:rsid w:val="00D669AD"/>
    <w:rsid w:val="00D74ABF"/>
    <w:rsid w:val="00D810EF"/>
    <w:rsid w:val="00D82F05"/>
    <w:rsid w:val="00D92DDC"/>
    <w:rsid w:val="00DB40FD"/>
    <w:rsid w:val="00DF259F"/>
    <w:rsid w:val="00E9348A"/>
    <w:rsid w:val="00EB1983"/>
    <w:rsid w:val="00FC693F"/>
    <w:rsid w:val="01EE9DC9"/>
    <w:rsid w:val="032C430E"/>
    <w:rsid w:val="05B45F66"/>
    <w:rsid w:val="14C0D02B"/>
    <w:rsid w:val="1821F9B0"/>
    <w:rsid w:val="19BC7B74"/>
    <w:rsid w:val="1A4AD806"/>
    <w:rsid w:val="1AB7C59A"/>
    <w:rsid w:val="1B07FE9A"/>
    <w:rsid w:val="1B625039"/>
    <w:rsid w:val="1CC976C1"/>
    <w:rsid w:val="1FB47705"/>
    <w:rsid w:val="250A7449"/>
    <w:rsid w:val="2744078E"/>
    <w:rsid w:val="3306739B"/>
    <w:rsid w:val="37D3013F"/>
    <w:rsid w:val="3DB4E070"/>
    <w:rsid w:val="3E714685"/>
    <w:rsid w:val="3E8D5425"/>
    <w:rsid w:val="4BDD347F"/>
    <w:rsid w:val="4D3A012A"/>
    <w:rsid w:val="4DE70CEC"/>
    <w:rsid w:val="52FF518E"/>
    <w:rsid w:val="55086A33"/>
    <w:rsid w:val="63A3F3E5"/>
    <w:rsid w:val="66A0B4F5"/>
    <w:rsid w:val="69987F9C"/>
    <w:rsid w:val="6A7EC82D"/>
    <w:rsid w:val="74C5A476"/>
    <w:rsid w:val="7DB4E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E496066-B5DD-48A3-A5B2-125D8294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9"/>
      </w:numPr>
      <w:contextualSpacing/>
    </w:pPr>
  </w:style>
  <w:style w:type="paragraph" w:styleId="ListBullet2">
    <w:name w:val="List Bullet 2"/>
    <w:basedOn w:val="Normal"/>
    <w:uiPriority w:val="99"/>
    <w:unhideWhenUsed/>
    <w:rsid w:val="00326F90"/>
    <w:pPr>
      <w:numPr>
        <w:numId w:val="30"/>
      </w:numPr>
      <w:contextualSpacing/>
    </w:pPr>
  </w:style>
  <w:style w:type="paragraph" w:styleId="ListBullet3">
    <w:name w:val="List Bullet 3"/>
    <w:basedOn w:val="Normal"/>
    <w:uiPriority w:val="99"/>
    <w:unhideWhenUsed/>
    <w:rsid w:val="00326F90"/>
    <w:pPr>
      <w:numPr>
        <w:numId w:val="31"/>
      </w:numPr>
      <w:contextualSpacing/>
    </w:pPr>
  </w:style>
  <w:style w:type="paragraph" w:styleId="ListNumber">
    <w:name w:val="List Number"/>
    <w:basedOn w:val="Normal"/>
    <w:uiPriority w:val="99"/>
    <w:unhideWhenUsed/>
    <w:rsid w:val="00326F90"/>
    <w:pPr>
      <w:numPr>
        <w:numId w:val="33"/>
      </w:numPr>
      <w:contextualSpacing/>
    </w:pPr>
  </w:style>
  <w:style w:type="paragraph" w:styleId="ListNumber2">
    <w:name w:val="List Number 2"/>
    <w:basedOn w:val="Normal"/>
    <w:uiPriority w:val="99"/>
    <w:unhideWhenUsed/>
    <w:rsid w:val="0029639D"/>
    <w:pPr>
      <w:numPr>
        <w:numId w:val="34"/>
      </w:numPr>
      <w:contextualSpacing/>
    </w:pPr>
  </w:style>
  <w:style w:type="paragraph" w:styleId="ListNumber3">
    <w:name w:val="List Number 3"/>
    <w:basedOn w:val="Normal"/>
    <w:uiPriority w:val="99"/>
    <w:unhideWhenUsed/>
    <w:rsid w:val="0029639D"/>
    <w:pPr>
      <w:numPr>
        <w:numId w:val="3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3DB4E0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1037</TotalTime>
  <Pages>3</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Swan</cp:lastModifiedBy>
  <cp:revision>6</cp:revision>
  <dcterms:created xsi:type="dcterms:W3CDTF">2026-04-23T19:43:00Z</dcterms:created>
  <dcterms:modified xsi:type="dcterms:W3CDTF">2026-04-24T16:11:00Z</dcterms:modified>
  <cp:category/>
</cp:coreProperties>
</file>